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DC4"/>
  <w:body>
    <w:p w14:paraId="71218ED7" w14:textId="77777777" w:rsidR="00E77704" w:rsidRPr="00DB1FE7" w:rsidRDefault="00231CA0" w:rsidP="00C33B6B">
      <w:pPr>
        <w:pStyle w:val="Heading1"/>
        <w:spacing w:line="360" w:lineRule="auto"/>
        <w:rPr>
          <w:rFonts w:ascii="Arial" w:hAnsi="Arial" w:cs="Arial"/>
          <w:color w:val="auto"/>
          <w:sz w:val="36"/>
          <w:szCs w:val="36"/>
          <w:lang w:val="cy-GB"/>
        </w:rPr>
      </w:pPr>
      <w:r w:rsidRPr="00DB1FE7">
        <w:rPr>
          <w:rFonts w:ascii="Arial" w:hAnsi="Arial" w:cs="Arial"/>
          <w:color w:val="auto"/>
          <w:sz w:val="36"/>
          <w:szCs w:val="36"/>
          <w:lang w:val="cy-GB"/>
        </w:rPr>
        <w:t>CWESTIYNAU CYFFREDIN</w:t>
      </w:r>
    </w:p>
    <w:p w14:paraId="45EA7D03" w14:textId="105C7CBF" w:rsidR="008C1B58" w:rsidRPr="00206F4B" w:rsidRDefault="008C1B58" w:rsidP="00206F4B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206F4B">
        <w:rPr>
          <w:rFonts w:ascii="Arial" w:hAnsi="Arial" w:cs="Arial"/>
          <w:color w:val="auto"/>
          <w:sz w:val="32"/>
          <w:szCs w:val="32"/>
          <w:lang w:val="cy-GB"/>
        </w:rPr>
        <w:t>Beth yw Tanio?</w:t>
      </w:r>
    </w:p>
    <w:p w14:paraId="4FCAA91E" w14:textId="68E72DD9" w:rsidR="008C1B58" w:rsidRPr="00DB1FE7" w:rsidRDefault="2372FDB0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 xml:space="preserve">Rhaglen ddatblygu newydd </w:t>
      </w:r>
      <w:r w:rsidR="5D868980" w:rsidRPr="00DB1FE7">
        <w:rPr>
          <w:rFonts w:ascii="Arial" w:hAnsi="Arial" w:cs="Arial"/>
          <w:sz w:val="28"/>
          <w:szCs w:val="28"/>
          <w:lang w:val="cy-GB"/>
        </w:rPr>
        <w:t xml:space="preserve">gan Llenyddiaeth Cymru 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yw </w:t>
      </w:r>
      <w:r w:rsidRPr="00DB1FE7">
        <w:rPr>
          <w:rFonts w:ascii="Arial" w:hAnsi="Arial" w:cs="Arial"/>
          <w:b/>
          <w:bCs/>
          <w:sz w:val="28"/>
          <w:szCs w:val="28"/>
          <w:lang w:val="cy-GB"/>
        </w:rPr>
        <w:t>Tanio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ar gyfer awduron sy'n ysgrifennu yn Gymraeg ac sydd wedi'u tangynrychioli ym myd llenydd</w:t>
      </w:r>
      <w:r w:rsidR="5D868980" w:rsidRPr="00DB1FE7">
        <w:rPr>
          <w:rFonts w:ascii="Arial" w:hAnsi="Arial" w:cs="Arial"/>
          <w:sz w:val="28"/>
          <w:szCs w:val="28"/>
          <w:lang w:val="cy-GB"/>
        </w:rPr>
        <w:t>iaeth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a chyhoeddi Cymru. Mae'r </w:t>
      </w:r>
      <w:r w:rsidR="5D868980" w:rsidRPr="00DB1FE7">
        <w:rPr>
          <w:rFonts w:ascii="Arial" w:hAnsi="Arial" w:cs="Arial"/>
          <w:sz w:val="28"/>
          <w:szCs w:val="28"/>
          <w:lang w:val="cy-GB"/>
        </w:rPr>
        <w:t>cwrs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yn canolbwyntio ar ddatblygu sgiliau </w:t>
      </w:r>
      <w:r w:rsidR="0606D7D2" w:rsidRPr="00DB1FE7">
        <w:rPr>
          <w:rFonts w:ascii="Arial" w:hAnsi="Arial" w:cs="Arial"/>
          <w:sz w:val="28"/>
          <w:szCs w:val="28"/>
          <w:lang w:val="cy-GB"/>
        </w:rPr>
        <w:t xml:space="preserve">oedolion mewn 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ysgrifennu </w:t>
      </w:r>
      <w:r w:rsidR="6FB5019F" w:rsidRPr="00DB1FE7">
        <w:rPr>
          <w:rFonts w:ascii="Arial" w:hAnsi="Arial" w:cs="Arial"/>
          <w:sz w:val="28"/>
          <w:szCs w:val="28"/>
          <w:lang w:val="cy-GB"/>
        </w:rPr>
        <w:t xml:space="preserve">rhyddiaith </w:t>
      </w:r>
      <w:r w:rsidRPr="00DB1FE7">
        <w:rPr>
          <w:rFonts w:ascii="Arial" w:hAnsi="Arial" w:cs="Arial"/>
          <w:sz w:val="28"/>
          <w:szCs w:val="28"/>
          <w:lang w:val="cy-GB"/>
        </w:rPr>
        <w:t>ar gyfer plant 8-12 oed, gan gynnig cymorth creadigol, cyfleoedd proffesiynol a chysylltiadau â'r diwydiant cyhoeddi.</w:t>
      </w:r>
    </w:p>
    <w:p w14:paraId="2CC6B340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2A752694" w14:textId="309EC434" w:rsidR="008C1B58" w:rsidRPr="00206F4B" w:rsidRDefault="008C1B58" w:rsidP="00206F4B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206F4B">
        <w:rPr>
          <w:rFonts w:ascii="Arial" w:hAnsi="Arial" w:cs="Arial"/>
          <w:color w:val="auto"/>
          <w:sz w:val="32"/>
          <w:szCs w:val="32"/>
          <w:lang w:val="cy-GB"/>
        </w:rPr>
        <w:t>Pwy sy'n gymwys i wneud cais?</w:t>
      </w:r>
    </w:p>
    <w:p w14:paraId="6B55BBE7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Mae Tanio yn agored i unigolion:</w:t>
      </w:r>
    </w:p>
    <w:p w14:paraId="2039D227" w14:textId="1BA84F41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Sy'n 18 oed neu'n hŷn.</w:t>
      </w:r>
    </w:p>
    <w:p w14:paraId="653FE9F3" w14:textId="74E97629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Sy'n siarad ac ysgrifennu Cymraeg yn rhugl.</w:t>
      </w:r>
    </w:p>
    <w:p w14:paraId="5FFEE990" w14:textId="7D61F2E1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Sydd wedi'u tangynrychioli ym myd llenyddiaeth a chyhoeddi Cymru.</w:t>
      </w:r>
    </w:p>
    <w:p w14:paraId="515334CB" w14:textId="4DB32F14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 xml:space="preserve">Sydd â diddordeb mewn ysgrifennu </w:t>
      </w:r>
      <w:r w:rsidR="00E0427A" w:rsidRPr="00DB1FE7">
        <w:rPr>
          <w:rFonts w:ascii="Arial" w:hAnsi="Arial" w:cs="Arial"/>
          <w:sz w:val="28"/>
          <w:szCs w:val="28"/>
          <w:lang w:val="cy-GB"/>
        </w:rPr>
        <w:t>rhyddiaith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ar gyfer plant 8-12 oed.</w:t>
      </w:r>
    </w:p>
    <w:p w14:paraId="39C0BE68" w14:textId="77777777" w:rsidR="008C1B58" w:rsidRPr="00DB1FE7" w:rsidRDefault="008C1B58" w:rsidP="00C33B6B">
      <w:pPr>
        <w:spacing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125D7425" w14:textId="48A09777" w:rsidR="008C1B58" w:rsidRPr="00206F4B" w:rsidRDefault="008C1B58" w:rsidP="00206F4B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206F4B">
        <w:rPr>
          <w:rFonts w:ascii="Arial" w:hAnsi="Arial" w:cs="Arial"/>
          <w:color w:val="auto"/>
          <w:sz w:val="32"/>
          <w:szCs w:val="32"/>
          <w:lang w:val="cy-GB"/>
        </w:rPr>
        <w:t>Beth ydych chi'n ei olygu wrth "awduron sydd wedi'u tangynrychioli"?</w:t>
      </w:r>
    </w:p>
    <w:p w14:paraId="1E308A37" w14:textId="3F9EDD34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Rydym yn cydnabod bod rhai grwpiau a chymunedau yn wynebu mwy o rwystrau nag eraill wrth geisio datblygu gyrfa ysgrifennu neu gyhoeddi eu gwaith.</w:t>
      </w:r>
    </w:p>
    <w:p w14:paraId="0F94E920" w14:textId="5535AD96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lastRenderedPageBreak/>
        <w:t>Mae'r ffurflen gais yn cynnwys categorïau megis:</w:t>
      </w:r>
    </w:p>
    <w:p w14:paraId="5EC02466" w14:textId="6E05A208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Pobl fyddar a/neu drwm eu clyw</w:t>
      </w:r>
    </w:p>
    <w:p w14:paraId="0C414A9A" w14:textId="558C29C0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Pobl o gefndir incwm isel</w:t>
      </w:r>
    </w:p>
    <w:p w14:paraId="3FD7BEDA" w14:textId="63C5A49E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 xml:space="preserve">Cymunedau Sipsiwn, </w:t>
      </w:r>
      <w:proofErr w:type="spellStart"/>
      <w:r w:rsidRPr="00DB1FE7">
        <w:rPr>
          <w:rFonts w:ascii="Arial" w:hAnsi="Arial" w:cs="Arial"/>
          <w:sz w:val="28"/>
          <w:szCs w:val="28"/>
          <w:lang w:val="cy-GB"/>
        </w:rPr>
        <w:t>Roma</w:t>
      </w:r>
      <w:proofErr w:type="spellEnd"/>
      <w:r w:rsidRPr="00DB1FE7">
        <w:rPr>
          <w:rFonts w:ascii="Arial" w:hAnsi="Arial" w:cs="Arial"/>
          <w:sz w:val="28"/>
          <w:szCs w:val="28"/>
          <w:lang w:val="cy-GB"/>
        </w:rPr>
        <w:t xml:space="preserve"> a Theithwyr</w:t>
      </w:r>
    </w:p>
    <w:p w14:paraId="52C180EB" w14:textId="32EE497B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Pobl LHDTC+</w:t>
      </w:r>
    </w:p>
    <w:p w14:paraId="647B9B66" w14:textId="4246BD95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 xml:space="preserve">Pobl </w:t>
      </w:r>
      <w:proofErr w:type="spellStart"/>
      <w:r w:rsidRPr="00DB1FE7">
        <w:rPr>
          <w:rFonts w:ascii="Arial" w:hAnsi="Arial" w:cs="Arial"/>
          <w:sz w:val="28"/>
          <w:szCs w:val="28"/>
          <w:lang w:val="cy-GB"/>
        </w:rPr>
        <w:t>niwroamrywiol</w:t>
      </w:r>
      <w:proofErr w:type="spellEnd"/>
    </w:p>
    <w:p w14:paraId="750584B3" w14:textId="4203ED50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Pobl o gefndiroedd Du, Asiaidd neu Leiafrif Ethnig</w:t>
      </w:r>
    </w:p>
    <w:p w14:paraId="6FC0AF66" w14:textId="5A2142CA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Pobl sy'n byw ag anableddau neu gyflyrau iechyd hirdymor</w:t>
      </w:r>
    </w:p>
    <w:p w14:paraId="4E15DD4E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37D7DFEA" w14:textId="0E1C698B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Nid yw hon yn rhestr gyflawn. Os ydych yn teimlo bod agwedd arall ar eich hunaniaeth, cefndir neu brofiad byw wedi'i thangynrychioli yn y sector llenyddol yng Nghymru, mae</w:t>
      </w:r>
      <w:r w:rsidR="001F58C0" w:rsidRPr="00DB1FE7">
        <w:rPr>
          <w:rFonts w:ascii="Arial" w:hAnsi="Arial" w:cs="Arial"/>
          <w:sz w:val="28"/>
          <w:szCs w:val="28"/>
          <w:lang w:val="cy-GB"/>
        </w:rPr>
        <w:t xml:space="preserve">’r ffurflen gais wedi ei llunio fel bod modd 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i chi egluro hyn yn eich </w:t>
      </w:r>
      <w:r w:rsidR="009D14B8" w:rsidRPr="00DB1FE7">
        <w:rPr>
          <w:rFonts w:ascii="Arial" w:hAnsi="Arial" w:cs="Arial"/>
          <w:sz w:val="28"/>
          <w:szCs w:val="28"/>
          <w:lang w:val="cy-GB"/>
        </w:rPr>
        <w:t>geiriau eich hunan</w:t>
      </w:r>
      <w:r w:rsidRPr="00DB1FE7">
        <w:rPr>
          <w:rFonts w:ascii="Arial" w:hAnsi="Arial" w:cs="Arial"/>
          <w:sz w:val="28"/>
          <w:szCs w:val="28"/>
          <w:lang w:val="cy-GB"/>
        </w:rPr>
        <w:t>.</w:t>
      </w:r>
    </w:p>
    <w:p w14:paraId="6FB5E108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6523C606" w14:textId="7493597F" w:rsidR="008C1B58" w:rsidRPr="00206F4B" w:rsidRDefault="008C1B58" w:rsidP="00206F4B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206F4B">
        <w:rPr>
          <w:rFonts w:ascii="Arial" w:hAnsi="Arial" w:cs="Arial"/>
          <w:color w:val="auto"/>
          <w:sz w:val="32"/>
          <w:szCs w:val="32"/>
          <w:lang w:val="cy-GB"/>
        </w:rPr>
        <w:t>Oes angen i mi fod wedi cyhoeddi gwaith yn barod?</w:t>
      </w:r>
    </w:p>
    <w:p w14:paraId="070459A7" w14:textId="3E868912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Nac oes.</w:t>
      </w:r>
    </w:p>
    <w:p w14:paraId="4CF0221A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Nid oes disgwyl i ymgeiswyr fod wedi cyhoeddi llyfr neu waith arall yn flaenorol. Rydym yn chwilio am botensial, ymrwymiad a llais creadigol cryf. Os ydych wedi cyhoeddi gwaith, gallwch gynnwys y wybodaeth hon yn eich cais, ond nid yw'n ofyniad.</w:t>
      </w:r>
    </w:p>
    <w:p w14:paraId="33590F65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5C9CB29F" w14:textId="0BCAE537" w:rsidR="008C1B58" w:rsidRPr="00206F4B" w:rsidRDefault="008C1B58" w:rsidP="00206F4B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206F4B">
        <w:rPr>
          <w:rFonts w:ascii="Arial" w:hAnsi="Arial" w:cs="Arial"/>
          <w:color w:val="auto"/>
          <w:sz w:val="32"/>
          <w:szCs w:val="32"/>
          <w:lang w:val="cy-GB"/>
        </w:rPr>
        <w:t>Oes gen i ormod o brofiad i wneud cais?</w:t>
      </w:r>
    </w:p>
    <w:p w14:paraId="1FF22576" w14:textId="7522E6FE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 xml:space="preserve">Mae Tanio yn agored i awduron </w:t>
      </w:r>
      <w:r w:rsidR="007A496F" w:rsidRPr="00DB1FE7">
        <w:rPr>
          <w:rFonts w:ascii="Arial" w:hAnsi="Arial" w:cs="Arial"/>
          <w:sz w:val="28"/>
          <w:szCs w:val="28"/>
          <w:lang w:val="cy-GB"/>
        </w:rPr>
        <w:t>gyda lefelau profiad amrywiol.</w:t>
      </w:r>
    </w:p>
    <w:p w14:paraId="6F982330" w14:textId="5C89F158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lastRenderedPageBreak/>
        <w:t xml:space="preserve">Os ydych yn awdur mwy profiadol ond </w:t>
      </w:r>
      <w:r w:rsidR="007A496F" w:rsidRPr="00DB1FE7">
        <w:rPr>
          <w:rFonts w:ascii="Arial" w:hAnsi="Arial" w:cs="Arial"/>
          <w:sz w:val="28"/>
          <w:szCs w:val="28"/>
          <w:lang w:val="cy-GB"/>
        </w:rPr>
        <w:t>yn dymuno newid trywydd creadigol a</w:t>
      </w:r>
      <w:r w:rsidR="00EB521E" w:rsidRPr="00DB1FE7">
        <w:rPr>
          <w:rFonts w:ascii="Arial" w:hAnsi="Arial" w:cs="Arial"/>
          <w:sz w:val="28"/>
          <w:szCs w:val="28"/>
          <w:lang w:val="cy-GB"/>
        </w:rPr>
        <w:t xml:space="preserve"> dechrau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ysgrifennu ar gyfer plant, neu'n </w:t>
      </w:r>
      <w:r w:rsidR="00EB521E" w:rsidRPr="00DB1FE7">
        <w:rPr>
          <w:rFonts w:ascii="Arial" w:hAnsi="Arial" w:cs="Arial"/>
          <w:sz w:val="28"/>
          <w:szCs w:val="28"/>
          <w:lang w:val="cy-GB"/>
        </w:rPr>
        <w:t xml:space="preserve">gallu </w:t>
      </w:r>
      <w:r w:rsidR="00E0427A" w:rsidRPr="00DB1FE7">
        <w:rPr>
          <w:rFonts w:ascii="Arial" w:hAnsi="Arial" w:cs="Arial"/>
          <w:sz w:val="28"/>
          <w:szCs w:val="28"/>
          <w:lang w:val="cy-GB"/>
        </w:rPr>
        <w:t>egluro sut byddai’r cyfle hwn yn rhoi hwb i’ch gyrfa mae yna groeso i chi ymgeisio.</w:t>
      </w:r>
    </w:p>
    <w:p w14:paraId="47899E88" w14:textId="77777777" w:rsidR="00617EC0" w:rsidRPr="00DB1FE7" w:rsidRDefault="00617EC0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7EBB055C" w14:textId="09FE9C22" w:rsidR="008C1B58" w:rsidRPr="00206F4B" w:rsidRDefault="008C1B58" w:rsidP="00206F4B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206F4B">
        <w:rPr>
          <w:rFonts w:ascii="Arial" w:hAnsi="Arial" w:cs="Arial"/>
          <w:color w:val="auto"/>
          <w:sz w:val="32"/>
          <w:szCs w:val="32"/>
          <w:lang w:val="cy-GB"/>
        </w:rPr>
        <w:t>Pa fath o waith ysgrifennu sy'n gymwys?</w:t>
      </w:r>
    </w:p>
    <w:p w14:paraId="38FF0353" w14:textId="68539BDE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Rydym yn chwilio am samplau o ryddiaith sy'n dangos eich llais creadigol a'ch potensial fel awdur.</w:t>
      </w:r>
    </w:p>
    <w:p w14:paraId="733089E7" w14:textId="3DAA8BBA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Gall hyn gynnwys:</w:t>
      </w:r>
    </w:p>
    <w:p w14:paraId="28276A17" w14:textId="31D310B4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Nofel</w:t>
      </w:r>
    </w:p>
    <w:p w14:paraId="0B1DC1E9" w14:textId="6750095E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Straeon byrion</w:t>
      </w:r>
    </w:p>
    <w:p w14:paraId="052BF154" w14:textId="2FDEA869" w:rsidR="008C1B58" w:rsidRPr="00DB1FE7" w:rsidRDefault="00E0427A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Gwaith f</w:t>
      </w:r>
      <w:r w:rsidR="008C1B58" w:rsidRPr="00DB1FE7">
        <w:rPr>
          <w:rFonts w:ascii="Arial" w:hAnsi="Arial" w:cs="Arial"/>
          <w:sz w:val="28"/>
          <w:szCs w:val="28"/>
          <w:lang w:val="cy-GB"/>
        </w:rPr>
        <w:t>feithiol greadigol</w:t>
      </w:r>
    </w:p>
    <w:p w14:paraId="01D9B4A4" w14:textId="79F3CB60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Nid yw'r cyfle hwn yn addas ar gyfer:</w:t>
      </w:r>
    </w:p>
    <w:p w14:paraId="17F3B1CD" w14:textId="7B8E5D8F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Barddoniaeth</w:t>
      </w:r>
    </w:p>
    <w:p w14:paraId="7AF8D51D" w14:textId="50F83CD4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Sgriptiau</w:t>
      </w:r>
    </w:p>
    <w:p w14:paraId="307D78FD" w14:textId="6CBFE4FD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Perfformiadau llafar neu rap</w:t>
      </w:r>
    </w:p>
    <w:p w14:paraId="58974618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Os ydych yn ansicr ynghylch cymhwysedd eich sampl, cysylltwch â ni cyn gwneud cais.</w:t>
      </w:r>
    </w:p>
    <w:p w14:paraId="3E68EBCC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36E97BC0" w14:textId="5F302A2B" w:rsidR="008C1B58" w:rsidRPr="00206F4B" w:rsidRDefault="008C1B58" w:rsidP="00206F4B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206F4B">
        <w:rPr>
          <w:rFonts w:ascii="Arial" w:hAnsi="Arial" w:cs="Arial"/>
          <w:color w:val="auto"/>
          <w:sz w:val="32"/>
          <w:szCs w:val="32"/>
          <w:lang w:val="cy-GB"/>
        </w:rPr>
        <w:t>Beth sydd angen i mi ei gyflwyno?</w:t>
      </w:r>
    </w:p>
    <w:p w14:paraId="69EB5DCB" w14:textId="11F22E81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Bydd angen i chi gyflwyno:</w:t>
      </w:r>
    </w:p>
    <w:p w14:paraId="057A115D" w14:textId="570430DF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Ffurflen gais wedi'i chwblhau.</w:t>
      </w:r>
    </w:p>
    <w:p w14:paraId="36F8BD61" w14:textId="1CF51A20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Sampl o hyd at 1,000 o eiriau o waith creadigol</w:t>
      </w:r>
      <w:r w:rsidR="00B9412B" w:rsidRPr="00DB1FE7">
        <w:rPr>
          <w:rFonts w:ascii="Arial" w:hAnsi="Arial" w:cs="Arial"/>
          <w:sz w:val="28"/>
          <w:szCs w:val="28"/>
          <w:lang w:val="cy-GB"/>
        </w:rPr>
        <w:t xml:space="preserve"> (rhyddiaith)</w:t>
      </w:r>
      <w:r w:rsidRPr="00DB1FE7">
        <w:rPr>
          <w:rFonts w:ascii="Arial" w:hAnsi="Arial" w:cs="Arial"/>
          <w:sz w:val="28"/>
          <w:szCs w:val="28"/>
          <w:lang w:val="cy-GB"/>
        </w:rPr>
        <w:t>.</w:t>
      </w:r>
    </w:p>
    <w:p w14:paraId="549E4C08" w14:textId="169C4908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lastRenderedPageBreak/>
        <w:t xml:space="preserve">Dylai'r sampl fod yn brosiect yr hoffech ei ddatblygu yn ystod y </w:t>
      </w:r>
      <w:r w:rsidR="000A0DAB" w:rsidRPr="00DB1FE7">
        <w:rPr>
          <w:rFonts w:ascii="Arial" w:hAnsi="Arial" w:cs="Arial"/>
          <w:sz w:val="28"/>
          <w:szCs w:val="28"/>
          <w:lang w:val="cy-GB"/>
        </w:rPr>
        <w:t>cwrs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ac ni ddylai</w:t>
      </w:r>
      <w:r w:rsidR="002E5621" w:rsidRPr="00DB1FE7">
        <w:rPr>
          <w:rFonts w:ascii="Arial" w:hAnsi="Arial" w:cs="Arial"/>
          <w:sz w:val="28"/>
          <w:szCs w:val="28"/>
          <w:lang w:val="cy-GB"/>
        </w:rPr>
        <w:t>’r gwaith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fod wedi'i gyhoeddi ar adeg ymgeisio.</w:t>
      </w:r>
    </w:p>
    <w:p w14:paraId="57D7B1E3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34CC8480" w14:textId="1793200E" w:rsidR="008C1B58" w:rsidRPr="00206F4B" w:rsidRDefault="00843AC0" w:rsidP="00206F4B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206F4B">
        <w:rPr>
          <w:rFonts w:ascii="Arial" w:hAnsi="Arial" w:cs="Arial"/>
          <w:color w:val="auto"/>
          <w:sz w:val="32"/>
          <w:szCs w:val="32"/>
          <w:lang w:val="cy-GB"/>
        </w:rPr>
        <w:t xml:space="preserve">Oes modd imi </w:t>
      </w:r>
      <w:r w:rsidR="008C1B58" w:rsidRPr="00206F4B">
        <w:rPr>
          <w:rFonts w:ascii="Arial" w:hAnsi="Arial" w:cs="Arial"/>
          <w:color w:val="auto"/>
          <w:sz w:val="32"/>
          <w:szCs w:val="32"/>
          <w:lang w:val="cy-GB"/>
        </w:rPr>
        <w:t>gyflwyno gwaith sydd wedi'i gyfieithu?</w:t>
      </w:r>
    </w:p>
    <w:p w14:paraId="2503F812" w14:textId="5F2A921C" w:rsidR="008C1B58" w:rsidRPr="00DB1FE7" w:rsidRDefault="00E61F70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Oes</w:t>
      </w:r>
      <w:r w:rsidR="008C1B58" w:rsidRPr="00DB1FE7">
        <w:rPr>
          <w:rFonts w:ascii="Arial" w:hAnsi="Arial" w:cs="Arial"/>
          <w:sz w:val="28"/>
          <w:szCs w:val="28"/>
          <w:lang w:val="cy-GB"/>
        </w:rPr>
        <w:t>. Os yw eich sampl yn gyfieithiad o iaith arall, nodwch hyn yn glir ar y ddogfen rydych yn ei chyflwyno.</w:t>
      </w:r>
    </w:p>
    <w:p w14:paraId="24508EA7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001C45BF" w14:textId="701BB26B" w:rsidR="008C1B58" w:rsidRPr="00206F4B" w:rsidRDefault="008C1B58" w:rsidP="00206F4B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206F4B">
        <w:rPr>
          <w:rFonts w:ascii="Arial" w:hAnsi="Arial" w:cs="Arial"/>
          <w:color w:val="auto"/>
          <w:sz w:val="32"/>
          <w:szCs w:val="32"/>
          <w:lang w:val="cy-GB"/>
        </w:rPr>
        <w:t>Beth fydd yn digwydd yn ystod y cwrs preswyl?</w:t>
      </w:r>
    </w:p>
    <w:p w14:paraId="0AB98FE3" w14:textId="3490F07F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 xml:space="preserve">Yn ystod yr wythnos yn </w:t>
      </w:r>
      <w:r w:rsidR="00E61F70" w:rsidRPr="00DB1FE7">
        <w:rPr>
          <w:rFonts w:ascii="Arial" w:hAnsi="Arial" w:cs="Arial"/>
          <w:sz w:val="28"/>
          <w:szCs w:val="28"/>
          <w:lang w:val="cy-GB"/>
        </w:rPr>
        <w:t>Nhŷ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Newydd, bydd cyfranogwyr yn cymryd rhan mewn:</w:t>
      </w:r>
    </w:p>
    <w:p w14:paraId="0BD1A254" w14:textId="51AFE007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Gweithdai ysgrifennu creadigol</w:t>
      </w:r>
    </w:p>
    <w:p w14:paraId="124A7618" w14:textId="77777777" w:rsidR="00AF041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 xml:space="preserve">Sesiynau </w:t>
      </w:r>
      <w:r w:rsidR="00F824A1" w:rsidRPr="00DB1FE7">
        <w:rPr>
          <w:rFonts w:ascii="Arial" w:hAnsi="Arial" w:cs="Arial"/>
          <w:sz w:val="28"/>
          <w:szCs w:val="28"/>
          <w:lang w:val="cy-GB"/>
        </w:rPr>
        <w:t>un-i-un gyda’r tiwtoria</w:t>
      </w:r>
      <w:r w:rsidR="00024F2A" w:rsidRPr="00DB1FE7">
        <w:rPr>
          <w:rFonts w:ascii="Arial" w:hAnsi="Arial" w:cs="Arial"/>
          <w:sz w:val="28"/>
          <w:szCs w:val="28"/>
          <w:lang w:val="cy-GB"/>
        </w:rPr>
        <w:t>i</w:t>
      </w:r>
      <w:r w:rsidR="00F824A1" w:rsidRPr="00DB1FE7">
        <w:rPr>
          <w:rFonts w:ascii="Arial" w:hAnsi="Arial" w:cs="Arial"/>
          <w:sz w:val="28"/>
          <w:szCs w:val="28"/>
          <w:lang w:val="cy-GB"/>
        </w:rPr>
        <w:t>d</w:t>
      </w:r>
    </w:p>
    <w:p w14:paraId="6A756624" w14:textId="3D6BFA40" w:rsidR="00AF041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Amser ysgrifennu annibynnol</w:t>
      </w:r>
      <w:r w:rsidR="00AF0418" w:rsidRPr="00DB1FE7">
        <w:rPr>
          <w:rFonts w:ascii="Arial" w:hAnsi="Arial" w:cs="Arial"/>
          <w:sz w:val="28"/>
          <w:szCs w:val="28"/>
          <w:lang w:val="cy-GB"/>
        </w:rPr>
        <w:t xml:space="preserve"> mewn gofod heddychlon</w:t>
      </w:r>
    </w:p>
    <w:p w14:paraId="3DE0E840" w14:textId="77777777" w:rsidR="00AF041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 xml:space="preserve">Sgyrsiau gyda chyhoeddwyr ac arbenigwyr </w:t>
      </w:r>
      <w:r w:rsidR="00AF0418" w:rsidRPr="00DB1FE7">
        <w:rPr>
          <w:rFonts w:ascii="Arial" w:hAnsi="Arial" w:cs="Arial"/>
          <w:sz w:val="28"/>
          <w:szCs w:val="28"/>
          <w:lang w:val="cy-GB"/>
        </w:rPr>
        <w:t>o’r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diwydiant</w:t>
      </w:r>
    </w:p>
    <w:p w14:paraId="76579CA5" w14:textId="77777777" w:rsidR="00AF041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Trafodaethau am lythrennedd a'r cwricwlwm</w:t>
      </w:r>
    </w:p>
    <w:p w14:paraId="332B20F4" w14:textId="77777777" w:rsidR="00AF041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Sesiynau yn ymwneud â gweithio mewn ysgolion</w:t>
      </w:r>
    </w:p>
    <w:p w14:paraId="7030633D" w14:textId="1321418D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 xml:space="preserve">Gwybodaeth am </w:t>
      </w:r>
      <w:r w:rsidR="00AF0418" w:rsidRPr="00DB1FE7">
        <w:rPr>
          <w:rFonts w:ascii="Arial" w:hAnsi="Arial" w:cs="Arial"/>
          <w:sz w:val="28"/>
          <w:szCs w:val="28"/>
          <w:lang w:val="cy-GB"/>
        </w:rPr>
        <w:t xml:space="preserve">y broses o gydweithio gyda 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darlunwyr </w:t>
      </w:r>
    </w:p>
    <w:p w14:paraId="64EC2F0D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51EDE674" w14:textId="04BAF4CE" w:rsidR="008C1B58" w:rsidRPr="00206F4B" w:rsidRDefault="00AF0418" w:rsidP="00206F4B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206F4B">
        <w:rPr>
          <w:rFonts w:ascii="Arial" w:hAnsi="Arial" w:cs="Arial"/>
          <w:color w:val="auto"/>
          <w:sz w:val="32"/>
          <w:szCs w:val="32"/>
          <w:lang w:val="cy-GB"/>
        </w:rPr>
        <w:t>Yw’r cwrs am ddim?</w:t>
      </w:r>
    </w:p>
    <w:p w14:paraId="044ABF8E" w14:textId="592E01DB" w:rsidR="008C1B58" w:rsidRPr="00DB1FE7" w:rsidRDefault="0007174B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 xml:space="preserve">Ydi. </w:t>
      </w:r>
      <w:r w:rsidR="008C1B58" w:rsidRPr="00DB1FE7">
        <w:rPr>
          <w:rFonts w:ascii="Arial" w:hAnsi="Arial" w:cs="Arial"/>
          <w:sz w:val="28"/>
          <w:szCs w:val="28"/>
          <w:lang w:val="cy-GB"/>
        </w:rPr>
        <w:t xml:space="preserve">Nid oes unrhyw gost i gymryd rhan yn </w:t>
      </w:r>
      <w:r w:rsidR="008C1B58" w:rsidRPr="00DB1FE7">
        <w:rPr>
          <w:rFonts w:ascii="Arial" w:hAnsi="Arial" w:cs="Arial"/>
          <w:b/>
          <w:bCs/>
          <w:sz w:val="28"/>
          <w:szCs w:val="28"/>
          <w:lang w:val="cy-GB"/>
        </w:rPr>
        <w:t>Tanio</w:t>
      </w:r>
      <w:r w:rsidR="00CE5B37" w:rsidRPr="00DB1FE7">
        <w:rPr>
          <w:rFonts w:ascii="Arial" w:hAnsi="Arial" w:cs="Arial"/>
          <w:sz w:val="28"/>
          <w:szCs w:val="28"/>
          <w:lang w:val="cy-GB"/>
        </w:rPr>
        <w:t>, ac eithrio eich costau teithio (gweler iso</w:t>
      </w:r>
      <w:r w:rsidR="00AA6228" w:rsidRPr="00DB1FE7">
        <w:rPr>
          <w:rFonts w:ascii="Arial" w:hAnsi="Arial" w:cs="Arial"/>
          <w:sz w:val="28"/>
          <w:szCs w:val="28"/>
          <w:lang w:val="cy-GB"/>
        </w:rPr>
        <w:t>d)</w:t>
      </w:r>
      <w:r w:rsidR="008C1B58" w:rsidRPr="00DB1FE7">
        <w:rPr>
          <w:rFonts w:ascii="Arial" w:hAnsi="Arial" w:cs="Arial"/>
          <w:sz w:val="28"/>
          <w:szCs w:val="28"/>
          <w:lang w:val="cy-GB"/>
        </w:rPr>
        <w:t>.</w:t>
      </w:r>
      <w:r w:rsidR="00CE5B37" w:rsidRPr="00DB1FE7">
        <w:rPr>
          <w:rFonts w:ascii="Arial" w:hAnsi="Arial" w:cs="Arial"/>
          <w:sz w:val="28"/>
          <w:szCs w:val="28"/>
          <w:lang w:val="cy-GB"/>
        </w:rPr>
        <w:t xml:space="preserve"> </w:t>
      </w:r>
    </w:p>
    <w:p w14:paraId="42A362C8" w14:textId="3EA81613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Bydd llety a</w:t>
      </w:r>
      <w:r w:rsidR="008772D9" w:rsidRPr="00DB1FE7">
        <w:rPr>
          <w:rFonts w:ascii="Arial" w:hAnsi="Arial" w:cs="Arial"/>
          <w:sz w:val="28"/>
          <w:szCs w:val="28"/>
          <w:lang w:val="cy-GB"/>
        </w:rPr>
        <w:t xml:space="preserve">’ch prydau </w:t>
      </w:r>
      <w:r w:rsidRPr="00DB1FE7">
        <w:rPr>
          <w:rFonts w:ascii="Arial" w:hAnsi="Arial" w:cs="Arial"/>
          <w:sz w:val="28"/>
          <w:szCs w:val="28"/>
          <w:lang w:val="cy-GB"/>
        </w:rPr>
        <w:t>yn cael eu darparu yn ystod y</w:t>
      </w:r>
      <w:r w:rsidR="008772D9" w:rsidRPr="00DB1FE7">
        <w:rPr>
          <w:rFonts w:ascii="Arial" w:hAnsi="Arial" w:cs="Arial"/>
          <w:sz w:val="28"/>
          <w:szCs w:val="28"/>
          <w:lang w:val="cy-GB"/>
        </w:rPr>
        <w:t xml:space="preserve">r wythnos </w:t>
      </w:r>
      <w:r w:rsidRPr="00DB1FE7">
        <w:rPr>
          <w:rFonts w:ascii="Arial" w:hAnsi="Arial" w:cs="Arial"/>
          <w:sz w:val="28"/>
          <w:szCs w:val="28"/>
          <w:lang w:val="cy-GB"/>
        </w:rPr>
        <w:t>yn Nh</w:t>
      </w:r>
      <w:r w:rsidR="00AF0418" w:rsidRPr="00DB1FE7">
        <w:rPr>
          <w:rFonts w:ascii="Arial" w:hAnsi="Arial" w:cs="Arial"/>
          <w:sz w:val="28"/>
          <w:szCs w:val="28"/>
          <w:lang w:val="cy-GB"/>
        </w:rPr>
        <w:t>ŷ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Newydd.</w:t>
      </w:r>
    </w:p>
    <w:p w14:paraId="11117557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5BD24EB0" w14:textId="6D8A4756" w:rsidR="008C1B58" w:rsidRPr="00386A10" w:rsidRDefault="008772D9" w:rsidP="00386A10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206F4B">
        <w:rPr>
          <w:rFonts w:ascii="Arial" w:hAnsi="Arial" w:cs="Arial"/>
          <w:color w:val="auto"/>
          <w:sz w:val="32"/>
          <w:szCs w:val="32"/>
          <w:lang w:val="cy-GB"/>
        </w:rPr>
        <w:t>O</w:t>
      </w:r>
      <w:r w:rsidR="008C1B58" w:rsidRPr="00206F4B">
        <w:rPr>
          <w:rFonts w:ascii="Arial" w:hAnsi="Arial" w:cs="Arial"/>
          <w:color w:val="auto"/>
          <w:sz w:val="32"/>
          <w:szCs w:val="32"/>
          <w:lang w:val="cy-GB"/>
        </w:rPr>
        <w:t>es cymorth gyda chostau teithio?</w:t>
      </w:r>
    </w:p>
    <w:p w14:paraId="57B840EC" w14:textId="3F4E8FF5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Oes.</w:t>
      </w:r>
    </w:p>
    <w:p w14:paraId="529F818A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Rydym am sicrhau nad yw costau teithio yn rhwystr i gymryd rhan. Bydd cymorth ariannol ar gael i gyfranogwyr sydd angen help gyda chostau teithio i ac o Dŷ Newydd.</w:t>
      </w:r>
    </w:p>
    <w:p w14:paraId="4C3962E0" w14:textId="77777777" w:rsidR="008C1B58" w:rsidRPr="00DB1FE7" w:rsidRDefault="008C1B58" w:rsidP="00C33B6B">
      <w:pPr>
        <w:spacing w:line="360" w:lineRule="auto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31841471" w14:textId="337D9C18" w:rsidR="008C1B58" w:rsidRPr="00386A10" w:rsidRDefault="008C1B58" w:rsidP="00386A10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386A10">
        <w:rPr>
          <w:rFonts w:ascii="Arial" w:hAnsi="Arial" w:cs="Arial"/>
          <w:color w:val="auto"/>
          <w:sz w:val="32"/>
          <w:szCs w:val="32"/>
          <w:lang w:val="cy-GB"/>
        </w:rPr>
        <w:t>Sut bydd ceisiadau'n cael eu hasesu?</w:t>
      </w:r>
    </w:p>
    <w:p w14:paraId="2CD85EA7" w14:textId="3FB35E4B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Bydd ceisiadau'n cael eu hasesu ar sail:</w:t>
      </w:r>
    </w:p>
    <w:p w14:paraId="03B3FA26" w14:textId="1AF32890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Cryfder y sampl ysgrifennu</w:t>
      </w:r>
    </w:p>
    <w:p w14:paraId="2A90303D" w14:textId="0D184D11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Potensial creadigol</w:t>
      </w:r>
    </w:p>
    <w:p w14:paraId="10811D06" w14:textId="46710EA8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Sut y bydd yr ymgeisydd yn elwa o'r cyfle</w:t>
      </w:r>
    </w:p>
    <w:p w14:paraId="444333AA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Bydd ceisiadau'n cael eu hasesu gan staff Llenyddiaeth Cymru, gyda chefnogaeth a mewnbwn gan arbenigwyr perthnasol o'r sector llyfrau.</w:t>
      </w:r>
    </w:p>
    <w:p w14:paraId="6121DB58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7BB346E8" w14:textId="507E58BF" w:rsidR="008C1B58" w:rsidRPr="00386A10" w:rsidRDefault="008C1B58" w:rsidP="00386A10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386A10">
        <w:rPr>
          <w:rFonts w:ascii="Arial" w:hAnsi="Arial" w:cs="Arial"/>
          <w:color w:val="auto"/>
          <w:sz w:val="32"/>
          <w:szCs w:val="32"/>
          <w:lang w:val="cy-GB"/>
        </w:rPr>
        <w:t>A fyddaf yn derbyn adborth os na fydd fy nghais yn llwyddiannus?</w:t>
      </w:r>
    </w:p>
    <w:p w14:paraId="27B42AB1" w14:textId="5973D3FB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Byddwn yn ceisio darparu adborth cryno i ymgeiswyr aflwyddiannus. Fodd bynnag, oherwydd nifer y ceisiadau a dderbynnir, efallai na fydd modd cynnig adborth manwl.</w:t>
      </w:r>
    </w:p>
    <w:p w14:paraId="45D69E3E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679CECD3" w14:textId="2472F8DB" w:rsidR="008C1B58" w:rsidRPr="00386A10" w:rsidRDefault="008544D5" w:rsidP="00386A10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386A10">
        <w:rPr>
          <w:rFonts w:ascii="Arial" w:hAnsi="Arial" w:cs="Arial"/>
          <w:color w:val="auto"/>
          <w:sz w:val="32"/>
          <w:szCs w:val="32"/>
          <w:lang w:val="cy-GB"/>
        </w:rPr>
        <w:lastRenderedPageBreak/>
        <w:t xml:space="preserve">Oes hawl gen i </w:t>
      </w:r>
      <w:r w:rsidR="008C1B58" w:rsidRPr="00386A10">
        <w:rPr>
          <w:rFonts w:ascii="Arial" w:hAnsi="Arial" w:cs="Arial"/>
          <w:color w:val="auto"/>
          <w:sz w:val="32"/>
          <w:szCs w:val="32"/>
          <w:lang w:val="cy-GB"/>
        </w:rPr>
        <w:t>ddefnyddio Deallusrwydd Artiffisial (AI) wrth wneud cais?</w:t>
      </w:r>
    </w:p>
    <w:p w14:paraId="5D9F6AE6" w14:textId="434CFC24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Gall offer AI fod yn ddefnyddiol fel cymorth hygyrchedd neu olygu ysgafn wrth gwblhau'r ffurflen gais.</w:t>
      </w:r>
    </w:p>
    <w:p w14:paraId="4E0315BB" w14:textId="0DEC632B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Fodd bynnag:</w:t>
      </w:r>
    </w:p>
    <w:p w14:paraId="6765765B" w14:textId="3D97333D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Ni ddylid defnyddio AI i greu eich ymatebion nac i gamliwio eich profiadau.</w:t>
      </w:r>
    </w:p>
    <w:p w14:paraId="4AC6A4D0" w14:textId="77777777" w:rsidR="008772D9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Ni ddylid defnyddio AI i gynhyrchu eich gwaith creadigol.</w:t>
      </w:r>
    </w:p>
    <w:p w14:paraId="4885E348" w14:textId="2BE5AE8C" w:rsidR="008C1B58" w:rsidRPr="00DB1FE7" w:rsidRDefault="008C1B58" w:rsidP="00C33B6B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Ni ddylid defnyddio AI i wneud golygiadau sylweddol i'ch sampl ysgrifennu.</w:t>
      </w:r>
    </w:p>
    <w:p w14:paraId="536D2A0E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Bydd gofyn i ymgeiswyr gadarnhau mai eu gwaith eu hunain yw'r gwaith creadigol a gyflwynir.</w:t>
      </w:r>
    </w:p>
    <w:p w14:paraId="1DF34051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7F7DF355" w14:textId="6887674E" w:rsidR="008C1B58" w:rsidRPr="00386A10" w:rsidRDefault="008C1B58" w:rsidP="00386A10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386A10">
        <w:rPr>
          <w:rFonts w:ascii="Arial" w:hAnsi="Arial" w:cs="Arial"/>
          <w:color w:val="auto"/>
          <w:sz w:val="32"/>
          <w:szCs w:val="32"/>
          <w:lang w:val="cy-GB"/>
        </w:rPr>
        <w:t>Mae gennyf anabledd neu gyflwr iechyd. A allaf gael cymorth i wneud cais?</w:t>
      </w:r>
    </w:p>
    <w:p w14:paraId="29CDBF46" w14:textId="5FF391B6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Gallwch.</w:t>
      </w:r>
    </w:p>
    <w:p w14:paraId="552FBA31" w14:textId="4DDCC3F0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 xml:space="preserve">Os oes gennych anabledd, salwch neu ofynion mynediad a allai ei gwneud </w:t>
      </w:r>
      <w:r w:rsidR="00C76280" w:rsidRPr="00DB1FE7">
        <w:rPr>
          <w:rFonts w:ascii="Arial" w:hAnsi="Arial" w:cs="Arial"/>
          <w:sz w:val="28"/>
          <w:szCs w:val="28"/>
          <w:lang w:val="cy-GB"/>
        </w:rPr>
        <w:t>hi’</w:t>
      </w:r>
      <w:r w:rsidRPr="00DB1FE7">
        <w:rPr>
          <w:rFonts w:ascii="Arial" w:hAnsi="Arial" w:cs="Arial"/>
          <w:sz w:val="28"/>
          <w:szCs w:val="28"/>
          <w:lang w:val="cy-GB"/>
        </w:rPr>
        <w:t>n anodd i chi gwblhau'r broses ymgeisio, cysylltwch â ni cyn gynted â phosibl. Bydd aelod o dîm Llenyddiaeth Cymru yn hapus i drafod sut y gallwn eich cefnogi.</w:t>
      </w:r>
    </w:p>
    <w:p w14:paraId="2306DADF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093476C0" w14:textId="0EB8FB6A" w:rsidR="008C1B58" w:rsidRPr="00AC2A07" w:rsidRDefault="008C1B58" w:rsidP="00386A10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AC2A07">
        <w:rPr>
          <w:rFonts w:ascii="Arial" w:hAnsi="Arial" w:cs="Arial"/>
          <w:color w:val="auto"/>
          <w:sz w:val="32"/>
          <w:szCs w:val="32"/>
          <w:lang w:val="cy-GB"/>
        </w:rPr>
        <w:t>Sut mae gwneud cais?</w:t>
      </w:r>
    </w:p>
    <w:p w14:paraId="571340E6" w14:textId="77777777" w:rsidR="00A36741" w:rsidRPr="00DB1FE7" w:rsidRDefault="00A36741" w:rsidP="00C33B6B">
      <w:pPr>
        <w:numPr>
          <w:ilvl w:val="0"/>
          <w:numId w:val="11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b/>
          <w:bCs/>
          <w:sz w:val="28"/>
          <w:szCs w:val="28"/>
          <w:lang w:val="cy-GB"/>
        </w:rPr>
        <w:t>Ffurflen gais wedi’i chwblhau </w:t>
      </w:r>
    </w:p>
    <w:p w14:paraId="18AD8DF3" w14:textId="77777777" w:rsidR="00A36741" w:rsidRPr="00DB1FE7" w:rsidRDefault="00A36741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lastRenderedPageBreak/>
        <w:t>Bydd y ffurflen gais yn gofyn am eich manylion personol, gan gynnwys manylion a fydd yn ein helpu i asesu cymhwystra.</w:t>
      </w:r>
    </w:p>
    <w:p w14:paraId="552B6750" w14:textId="77777777" w:rsidR="00A36741" w:rsidRPr="00DB1FE7" w:rsidRDefault="00A36741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Gofynnir i chi ateb tri chwestiwn sy’n canolbwyntio ar:</w:t>
      </w:r>
    </w:p>
    <w:p w14:paraId="7D273F33" w14:textId="77777777" w:rsidR="00A36741" w:rsidRPr="00DB1FE7" w:rsidRDefault="00A36741" w:rsidP="00C33B6B">
      <w:pPr>
        <w:numPr>
          <w:ilvl w:val="0"/>
          <w:numId w:val="1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b/>
          <w:bCs/>
          <w:sz w:val="28"/>
          <w:szCs w:val="28"/>
          <w:lang w:val="cy-GB"/>
        </w:rPr>
        <w:t>Eich profiad ysgrifennu</w:t>
      </w:r>
      <w:r w:rsidRPr="00DB1FE7">
        <w:rPr>
          <w:rFonts w:ascii="Arial" w:hAnsi="Arial" w:cs="Arial"/>
          <w:sz w:val="28"/>
          <w:szCs w:val="28"/>
          <w:lang w:val="cy-GB"/>
        </w:rPr>
        <w:t>, yn cynnwys enwau unrhyw gyhoeddiadau a rhaglenni datblygu awduron neu gyrsiau rydych wedi eu mynychu.</w:t>
      </w:r>
    </w:p>
    <w:p w14:paraId="65B0913E" w14:textId="2CA2CAEC" w:rsidR="00A36741" w:rsidRPr="00DB1FE7" w:rsidRDefault="00A36741" w:rsidP="00C33B6B">
      <w:pPr>
        <w:numPr>
          <w:ilvl w:val="0"/>
          <w:numId w:val="1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b/>
          <w:bCs/>
          <w:sz w:val="28"/>
          <w:szCs w:val="28"/>
          <w:lang w:val="cy-GB"/>
        </w:rPr>
        <w:t>Eich uchelgeisiau ysgrifennu</w:t>
      </w:r>
      <w:r w:rsidRPr="00DB1FE7">
        <w:rPr>
          <w:rFonts w:ascii="Arial" w:hAnsi="Arial" w:cs="Arial"/>
          <w:sz w:val="28"/>
          <w:szCs w:val="28"/>
          <w:lang w:val="cy-GB"/>
        </w:rPr>
        <w:t>, a sut rydych yn gobeithio byddai</w:t>
      </w:r>
      <w:r w:rsidR="00201E2C" w:rsidRPr="00DB1FE7">
        <w:rPr>
          <w:rFonts w:ascii="Arial" w:hAnsi="Arial" w:cs="Arial"/>
          <w:sz w:val="28"/>
          <w:szCs w:val="28"/>
          <w:lang w:val="cy-GB"/>
        </w:rPr>
        <w:t>’r cwrs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yn eich cefnogi er mwyn gwireddu eich uchelgeisiau, a sut byddai eich llais yn cyfrannu at y sîn lenyddol yng Nghymru</w:t>
      </w:r>
    </w:p>
    <w:p w14:paraId="41C0F255" w14:textId="1F6801C8" w:rsidR="00A36741" w:rsidRPr="00DB1FE7" w:rsidRDefault="00A36741" w:rsidP="00C33B6B">
      <w:pPr>
        <w:numPr>
          <w:ilvl w:val="0"/>
          <w:numId w:val="1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b/>
          <w:bCs/>
          <w:sz w:val="28"/>
          <w:szCs w:val="28"/>
          <w:lang w:val="cy-GB"/>
        </w:rPr>
        <w:t xml:space="preserve">Pam nawr? 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Sut byddai </w:t>
      </w:r>
      <w:r w:rsidR="00CD05C2" w:rsidRPr="00DB1FE7">
        <w:rPr>
          <w:rFonts w:ascii="Arial" w:hAnsi="Arial" w:cs="Arial"/>
          <w:sz w:val="28"/>
          <w:szCs w:val="28"/>
          <w:lang w:val="cy-GB"/>
        </w:rPr>
        <w:t>cymryd rhan yn Tanio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yn eich c</w:t>
      </w:r>
      <w:r w:rsidR="00CD05C2" w:rsidRPr="00DB1FE7">
        <w:rPr>
          <w:rFonts w:ascii="Arial" w:hAnsi="Arial" w:cs="Arial"/>
          <w:sz w:val="28"/>
          <w:szCs w:val="28"/>
          <w:lang w:val="cy-GB"/>
        </w:rPr>
        <w:t>efnogi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ar yr adeg hon yn eich gyrfa?</w:t>
      </w:r>
      <w:r w:rsidRPr="00DB1FE7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221D758E" w14:textId="1BE0BE82" w:rsidR="00A36741" w:rsidRPr="00DB1FE7" w:rsidRDefault="00A36741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 xml:space="preserve">Gallwch gyflwyno eich cais ar-lein trwy’r </w:t>
      </w:r>
      <w:hyperlink r:id="rId9" w:history="1">
        <w:r w:rsidRPr="00DB1FE7">
          <w:rPr>
            <w:rStyle w:val="Hyperlink"/>
            <w:rFonts w:ascii="Arial" w:hAnsi="Arial" w:cs="Arial"/>
            <w:sz w:val="28"/>
            <w:szCs w:val="28"/>
            <w:lang w:val="cy-GB"/>
          </w:rPr>
          <w:t>porth ar-lein.</w:t>
        </w:r>
      </w:hyperlink>
      <w:r w:rsidRPr="00DB1FE7">
        <w:rPr>
          <w:rFonts w:ascii="Arial" w:hAnsi="Arial" w:cs="Arial"/>
          <w:sz w:val="28"/>
          <w:szCs w:val="28"/>
          <w:lang w:val="cy-GB"/>
        </w:rPr>
        <w:t xml:space="preserve"> Byddwch yn gallu cadw a golygu eich ymatebion ar unrhyw adeg yn ystod y cyfnod ymgeisio. Ar ôl I ni dderbyn eich cais trwy’r porth, bydd copi llawn o’ch cais yn cael ei anfon atoch ar gyfer eich cofnodion.</w:t>
      </w:r>
    </w:p>
    <w:p w14:paraId="5F3397C9" w14:textId="172F1EDE" w:rsidR="00A36741" w:rsidRPr="00DB1FE7" w:rsidRDefault="00A36741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 xml:space="preserve">I’ch helpu i baratoi’ch cais, gallwch </w:t>
      </w:r>
      <w:hyperlink r:id="rId10" w:history="1">
        <w:r w:rsidRPr="00DB1FE7">
          <w:rPr>
            <w:rStyle w:val="Hyperlink"/>
            <w:rFonts w:ascii="Arial" w:hAnsi="Arial" w:cs="Arial"/>
            <w:sz w:val="28"/>
            <w:szCs w:val="28"/>
            <w:lang w:val="cy-GB"/>
          </w:rPr>
          <w:t>lawrlwytho’r ffurflen gais</w:t>
        </w:r>
      </w:hyperlink>
      <w:r w:rsidRPr="00DB1FE7">
        <w:rPr>
          <w:rFonts w:ascii="Arial" w:hAnsi="Arial" w:cs="Arial"/>
          <w:sz w:val="28"/>
          <w:szCs w:val="28"/>
          <w:lang w:val="cy-GB"/>
        </w:rPr>
        <w:t xml:space="preserve"> i’w darllen mewn fformatau Dyslecsia Gyfeillgar a Phrint Bras. Os byddai’n well gennych lenwi un o’r ffurflenni hyn yn hytrach na drwy’r porth ar-lein, anfonwch eich ffurflen at </w:t>
      </w:r>
      <w:hyperlink r:id="rId11" w:history="1">
        <w:r w:rsidRPr="00DB1FE7">
          <w:rPr>
            <w:rStyle w:val="Hyperlink"/>
            <w:rFonts w:ascii="Arial" w:hAnsi="Arial" w:cs="Arial"/>
            <w:sz w:val="28"/>
            <w:szCs w:val="28"/>
            <w:lang w:val="cy-GB"/>
          </w:rPr>
          <w:t>post@llenyddiaethcymru.org</w:t>
        </w:r>
      </w:hyperlink>
      <w:r w:rsidRPr="00DB1FE7">
        <w:rPr>
          <w:rFonts w:ascii="Arial" w:hAnsi="Arial" w:cs="Arial"/>
          <w:sz w:val="28"/>
          <w:szCs w:val="28"/>
          <w:lang w:val="cy-GB"/>
        </w:rPr>
        <w:t xml:space="preserve"> ynghyd ag enghraifft o’ch gwaith creadigol.</w:t>
      </w:r>
    </w:p>
    <w:p w14:paraId="5952D3A2" w14:textId="77777777" w:rsidR="00A36741" w:rsidRPr="00DB1FE7" w:rsidRDefault="00A36741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 </w:t>
      </w:r>
    </w:p>
    <w:p w14:paraId="598DD0FB" w14:textId="77777777" w:rsidR="00A36741" w:rsidRPr="00DB1FE7" w:rsidRDefault="00A36741" w:rsidP="00C33B6B">
      <w:pPr>
        <w:numPr>
          <w:ilvl w:val="0"/>
          <w:numId w:val="13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b/>
          <w:bCs/>
          <w:sz w:val="28"/>
          <w:szCs w:val="28"/>
          <w:lang w:val="cy-GB"/>
        </w:rPr>
        <w:t xml:space="preserve">Sampl o’ch gwaith creadigol sydd heb ei </w:t>
      </w:r>
      <w:r w:rsidRPr="00DB1FE7">
        <w:rPr>
          <w:rFonts w:ascii="Arial" w:hAnsi="Arial" w:cs="Arial"/>
          <w:sz w:val="28"/>
          <w:szCs w:val="28"/>
          <w:lang w:val="cy-GB"/>
        </w:rPr>
        <w:t>gyhoeddi.</w:t>
      </w:r>
    </w:p>
    <w:p w14:paraId="55CE4333" w14:textId="25CA67C6" w:rsidR="00A36741" w:rsidRPr="00DB1FE7" w:rsidRDefault="00A36741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lastRenderedPageBreak/>
        <w:t xml:space="preserve">Bydd y ffurflen gais yn gofyn ichi </w:t>
      </w:r>
      <w:proofErr w:type="spellStart"/>
      <w:r w:rsidRPr="00DB1FE7">
        <w:rPr>
          <w:rFonts w:ascii="Arial" w:hAnsi="Arial" w:cs="Arial"/>
          <w:sz w:val="28"/>
          <w:szCs w:val="28"/>
          <w:lang w:val="cy-GB"/>
        </w:rPr>
        <w:t>uwchlwytho</w:t>
      </w:r>
      <w:proofErr w:type="spellEnd"/>
      <w:r w:rsidRPr="00DB1FE7">
        <w:rPr>
          <w:rFonts w:ascii="Arial" w:hAnsi="Arial" w:cs="Arial"/>
          <w:sz w:val="28"/>
          <w:szCs w:val="28"/>
          <w:lang w:val="cy-GB"/>
        </w:rPr>
        <w:t xml:space="preserve"> </w:t>
      </w:r>
      <w:r w:rsidRPr="00DB1FE7">
        <w:rPr>
          <w:rFonts w:ascii="Arial" w:hAnsi="Arial" w:cs="Arial"/>
          <w:b/>
          <w:bCs/>
          <w:sz w:val="28"/>
          <w:szCs w:val="28"/>
          <w:lang w:val="cy-GB"/>
        </w:rPr>
        <w:t xml:space="preserve">un </w:t>
      </w:r>
      <w:r w:rsidRPr="00DB1FE7">
        <w:rPr>
          <w:rFonts w:ascii="Arial" w:hAnsi="Arial" w:cs="Arial"/>
          <w:sz w:val="28"/>
          <w:szCs w:val="28"/>
          <w:lang w:val="cy-GB"/>
        </w:rPr>
        <w:t>o’r opsiynau canlynol</w:t>
      </w:r>
      <w:r w:rsidR="00C25570" w:rsidRPr="00DB1FE7">
        <w:rPr>
          <w:rFonts w:ascii="Arial" w:hAnsi="Arial" w:cs="Arial"/>
          <w:sz w:val="28"/>
          <w:szCs w:val="28"/>
          <w:lang w:val="cy-GB"/>
        </w:rPr>
        <w:t>:</w:t>
      </w:r>
    </w:p>
    <w:p w14:paraId="211A3845" w14:textId="1CFA1CCB" w:rsidR="00A36741" w:rsidRPr="00DB1FE7" w:rsidRDefault="00A36741" w:rsidP="00C33B6B">
      <w:pPr>
        <w:numPr>
          <w:ilvl w:val="0"/>
          <w:numId w:val="15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b/>
          <w:bCs/>
          <w:sz w:val="28"/>
          <w:szCs w:val="28"/>
          <w:lang w:val="cy-GB"/>
        </w:rPr>
        <w:t>Sampl o lawysgrif ffeithiol greadigol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yr hoffech ei datblygu yn ystod y </w:t>
      </w:r>
      <w:r w:rsidR="00C25570" w:rsidRPr="00DB1FE7">
        <w:rPr>
          <w:rFonts w:ascii="Arial" w:hAnsi="Arial" w:cs="Arial"/>
          <w:sz w:val="28"/>
          <w:szCs w:val="28"/>
          <w:lang w:val="cy-GB"/>
        </w:rPr>
        <w:t>cwrs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(uchafswm o 1,000 o eiriau) </w:t>
      </w:r>
      <w:r w:rsidRPr="00DB1FE7">
        <w:rPr>
          <w:rFonts w:ascii="Arial" w:hAnsi="Arial" w:cs="Arial"/>
          <w:b/>
          <w:bCs/>
          <w:sz w:val="28"/>
          <w:szCs w:val="28"/>
          <w:lang w:val="cy-GB"/>
        </w:rPr>
        <w:t>NEU</w:t>
      </w:r>
    </w:p>
    <w:p w14:paraId="5FD096DF" w14:textId="00697207" w:rsidR="008C1B58" w:rsidRPr="00DB1FE7" w:rsidRDefault="00A36741" w:rsidP="00C33B6B">
      <w:pPr>
        <w:numPr>
          <w:ilvl w:val="0"/>
          <w:numId w:val="16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b/>
          <w:bCs/>
          <w:sz w:val="28"/>
          <w:szCs w:val="28"/>
          <w:lang w:val="cy-GB"/>
        </w:rPr>
        <w:t>Sampl o lawysgrif ffuglen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yr hoffech ei datblygu yn ystod y </w:t>
      </w:r>
      <w:r w:rsidR="00C25570" w:rsidRPr="00DB1FE7">
        <w:rPr>
          <w:rFonts w:ascii="Arial" w:hAnsi="Arial" w:cs="Arial"/>
          <w:sz w:val="28"/>
          <w:szCs w:val="28"/>
          <w:lang w:val="cy-GB"/>
        </w:rPr>
        <w:t>cwrs</w:t>
      </w:r>
      <w:r w:rsidRPr="00DB1FE7">
        <w:rPr>
          <w:rFonts w:ascii="Arial" w:hAnsi="Arial" w:cs="Arial"/>
          <w:sz w:val="28"/>
          <w:szCs w:val="28"/>
          <w:lang w:val="cy-GB"/>
        </w:rPr>
        <w:t xml:space="preserve"> (uchafswm o 1,000 o eiriau)</w:t>
      </w:r>
    </w:p>
    <w:p w14:paraId="3258C0D0" w14:textId="77777777" w:rsidR="00C25570" w:rsidRPr="00DB1FE7" w:rsidRDefault="00C25570" w:rsidP="00C33B6B">
      <w:pPr>
        <w:spacing w:line="360" w:lineRule="auto"/>
        <w:ind w:left="720"/>
        <w:rPr>
          <w:rFonts w:ascii="Arial" w:hAnsi="Arial" w:cs="Arial"/>
          <w:sz w:val="28"/>
          <w:szCs w:val="28"/>
          <w:lang w:val="cy-GB"/>
        </w:rPr>
      </w:pPr>
    </w:p>
    <w:p w14:paraId="7EAE9ECF" w14:textId="6F3C3569" w:rsidR="008C1B58" w:rsidRPr="00BD4101" w:rsidRDefault="008C1B58" w:rsidP="00BD4101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BD4101">
        <w:rPr>
          <w:rFonts w:ascii="Arial" w:hAnsi="Arial" w:cs="Arial"/>
          <w:color w:val="auto"/>
          <w:sz w:val="32"/>
          <w:szCs w:val="32"/>
          <w:lang w:val="cy-GB"/>
        </w:rPr>
        <w:t>Pryd byddaf yn clywed a yw fy nghais wedi bod yn llwyddiannus?</w:t>
      </w:r>
    </w:p>
    <w:p w14:paraId="2FF04FB3" w14:textId="77777777" w:rsidR="0088743D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Byddwch yn derbyn cadarnhad ein bod wedi derbyn eich cais o fewn 3-5 diwrnod gwaith i'w gyflwyno. Os nad ydych wedi derbyn cadarnhad, gwiriwch eich ffolder sbam/jync neu cysylltwch â ni.</w:t>
      </w:r>
    </w:p>
    <w:p w14:paraId="0C0F6BB4" w14:textId="6913E5DA" w:rsidR="008C1B58" w:rsidRPr="00DB1FE7" w:rsidRDefault="0088743D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Gallwch ddisgwyl diweddariad ynglŷn â statws cais ynghanol mis Ionawr 2027. </w:t>
      </w:r>
    </w:p>
    <w:p w14:paraId="46A39FA6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73BF7750" w14:textId="03CD3633" w:rsidR="008C1B58" w:rsidRPr="00BD4101" w:rsidRDefault="008C1B58" w:rsidP="00BD4101">
      <w:pPr>
        <w:pStyle w:val="Heading2"/>
        <w:rPr>
          <w:rFonts w:ascii="Arial" w:hAnsi="Arial" w:cs="Arial"/>
          <w:color w:val="auto"/>
          <w:sz w:val="32"/>
          <w:szCs w:val="32"/>
          <w:lang w:val="cy-GB"/>
        </w:rPr>
      </w:pPr>
      <w:r w:rsidRPr="00BD4101">
        <w:rPr>
          <w:rFonts w:ascii="Arial" w:hAnsi="Arial" w:cs="Arial"/>
          <w:color w:val="auto"/>
          <w:sz w:val="32"/>
          <w:szCs w:val="32"/>
          <w:lang w:val="cy-GB"/>
        </w:rPr>
        <w:t>Oes gennych gwestiwn arall?</w:t>
      </w:r>
    </w:p>
    <w:p w14:paraId="13511C78" w14:textId="77777777" w:rsidR="008C1B58" w:rsidRPr="00DB1FE7" w:rsidRDefault="008C1B58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DB1FE7">
        <w:rPr>
          <w:rFonts w:ascii="Arial" w:hAnsi="Arial" w:cs="Arial"/>
          <w:sz w:val="28"/>
          <w:szCs w:val="28"/>
          <w:lang w:val="cy-GB"/>
        </w:rPr>
        <w:t>Os na allwch ddod o hyd i'r ateb rydych yn chwilio amdano, cysylltwch â ni drwy e-bostio post@llenyddiaethcymru.org a bydd aelod o'r tîm yn hapus i helpu.</w:t>
      </w:r>
    </w:p>
    <w:p w14:paraId="2572E0EC" w14:textId="24D6E37F" w:rsidR="00E77704" w:rsidRPr="00DB1FE7" w:rsidRDefault="00E77704" w:rsidP="00C33B6B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sectPr w:rsidR="00E77704" w:rsidRPr="00DB1FE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2F3FD5"/>
    <w:multiLevelType w:val="multilevel"/>
    <w:tmpl w:val="1EA86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3279DD"/>
    <w:multiLevelType w:val="hybridMultilevel"/>
    <w:tmpl w:val="713440EE"/>
    <w:lvl w:ilvl="0" w:tplc="D2C0999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F32B1"/>
    <w:multiLevelType w:val="multilevel"/>
    <w:tmpl w:val="D3E8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DB286F"/>
    <w:multiLevelType w:val="multilevel"/>
    <w:tmpl w:val="C64C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E43108"/>
    <w:multiLevelType w:val="multilevel"/>
    <w:tmpl w:val="5DA6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1E6CD2"/>
    <w:multiLevelType w:val="multilevel"/>
    <w:tmpl w:val="FEE8CD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813E7D"/>
    <w:multiLevelType w:val="multilevel"/>
    <w:tmpl w:val="FE4E7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6382875">
    <w:abstractNumId w:val="8"/>
  </w:num>
  <w:num w:numId="2" w16cid:durableId="834304745">
    <w:abstractNumId w:val="6"/>
  </w:num>
  <w:num w:numId="3" w16cid:durableId="2138789827">
    <w:abstractNumId w:val="5"/>
  </w:num>
  <w:num w:numId="4" w16cid:durableId="1073314007">
    <w:abstractNumId w:val="4"/>
  </w:num>
  <w:num w:numId="5" w16cid:durableId="881744629">
    <w:abstractNumId w:val="7"/>
  </w:num>
  <w:num w:numId="6" w16cid:durableId="929581119">
    <w:abstractNumId w:val="3"/>
  </w:num>
  <w:num w:numId="7" w16cid:durableId="1660765835">
    <w:abstractNumId w:val="2"/>
  </w:num>
  <w:num w:numId="8" w16cid:durableId="998847778">
    <w:abstractNumId w:val="1"/>
  </w:num>
  <w:num w:numId="9" w16cid:durableId="433092825">
    <w:abstractNumId w:val="0"/>
  </w:num>
  <w:num w:numId="10" w16cid:durableId="713193999">
    <w:abstractNumId w:val="10"/>
  </w:num>
  <w:num w:numId="11" w16cid:durableId="489443763">
    <w:abstractNumId w:val="15"/>
  </w:num>
  <w:num w:numId="12" w16cid:durableId="1630429613">
    <w:abstractNumId w:val="9"/>
  </w:num>
  <w:num w:numId="13" w16cid:durableId="1219170023">
    <w:abstractNumId w:val="14"/>
  </w:num>
  <w:num w:numId="14" w16cid:durableId="1650205596">
    <w:abstractNumId w:val="12"/>
  </w:num>
  <w:num w:numId="15" w16cid:durableId="1411199797">
    <w:abstractNumId w:val="13"/>
  </w:num>
  <w:num w:numId="16" w16cid:durableId="8829790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C36"/>
    <w:rsid w:val="00024F2A"/>
    <w:rsid w:val="00034616"/>
    <w:rsid w:val="0006063C"/>
    <w:rsid w:val="0007174B"/>
    <w:rsid w:val="000A0DAB"/>
    <w:rsid w:val="000D66F2"/>
    <w:rsid w:val="0010066B"/>
    <w:rsid w:val="0015074B"/>
    <w:rsid w:val="001F58C0"/>
    <w:rsid w:val="00201E2C"/>
    <w:rsid w:val="00206F4B"/>
    <w:rsid w:val="00231CA0"/>
    <w:rsid w:val="0029639D"/>
    <w:rsid w:val="002C0616"/>
    <w:rsid w:val="002E5621"/>
    <w:rsid w:val="00301A03"/>
    <w:rsid w:val="00326F90"/>
    <w:rsid w:val="003376DE"/>
    <w:rsid w:val="00386A10"/>
    <w:rsid w:val="003D0C04"/>
    <w:rsid w:val="005606EB"/>
    <w:rsid w:val="005818B8"/>
    <w:rsid w:val="00617EC0"/>
    <w:rsid w:val="007A496F"/>
    <w:rsid w:val="00843AC0"/>
    <w:rsid w:val="008544D5"/>
    <w:rsid w:val="008772D9"/>
    <w:rsid w:val="0088743D"/>
    <w:rsid w:val="008C1B58"/>
    <w:rsid w:val="008F0D51"/>
    <w:rsid w:val="00971558"/>
    <w:rsid w:val="009D14B8"/>
    <w:rsid w:val="00A070C6"/>
    <w:rsid w:val="00A1133D"/>
    <w:rsid w:val="00A36741"/>
    <w:rsid w:val="00AA1D8D"/>
    <w:rsid w:val="00AA6228"/>
    <w:rsid w:val="00AC2A07"/>
    <w:rsid w:val="00AD2DFB"/>
    <w:rsid w:val="00AF0418"/>
    <w:rsid w:val="00B47730"/>
    <w:rsid w:val="00B9412B"/>
    <w:rsid w:val="00BB4914"/>
    <w:rsid w:val="00BB6C32"/>
    <w:rsid w:val="00BD4101"/>
    <w:rsid w:val="00C25570"/>
    <w:rsid w:val="00C33B6B"/>
    <w:rsid w:val="00C76280"/>
    <w:rsid w:val="00CB0664"/>
    <w:rsid w:val="00CD05C2"/>
    <w:rsid w:val="00CE5B37"/>
    <w:rsid w:val="00D01A6C"/>
    <w:rsid w:val="00D547CD"/>
    <w:rsid w:val="00DB1FE7"/>
    <w:rsid w:val="00DB6743"/>
    <w:rsid w:val="00E0427A"/>
    <w:rsid w:val="00E61F70"/>
    <w:rsid w:val="00E77704"/>
    <w:rsid w:val="00EB521E"/>
    <w:rsid w:val="00EC6583"/>
    <w:rsid w:val="00EF7D83"/>
    <w:rsid w:val="00F824A1"/>
    <w:rsid w:val="00F84DF8"/>
    <w:rsid w:val="00FC693F"/>
    <w:rsid w:val="00FD3DAF"/>
    <w:rsid w:val="0606D7D2"/>
    <w:rsid w:val="2372FDB0"/>
    <w:rsid w:val="5D868980"/>
    <w:rsid w:val="69B2D980"/>
    <w:rsid w:val="6FB5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f2ddc4"/>
    </o:shapedefaults>
    <o:shapelayout v:ext="edit">
      <o:idmap v:ext="edit" data="1"/>
    </o:shapelayout>
  </w:shapeDefaults>
  <w:decimalSymbol w:val="."/>
  <w:listSeparator w:val=","/>
  <w14:docId w14:val="28D63D5B"/>
  <w14:defaultImageDpi w14:val="300"/>
  <w15:docId w15:val="{03426FA6-5296-426D-8CC3-72C2C2880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3674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674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255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55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55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55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557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F58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st@llenyddiaethcymru.org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llenyddiaethcymru.org/ein-prosiectau/tanio-sut-i-sgwennu-ar-gyfer-pobl-ifanc/tanio-lawrlwytho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literaturewalesllenyddiaethcymru.beaconforms.com/form/d8f2da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6F393195C6C46829375635AD0FF7D" ma:contentTypeVersion="20" ma:contentTypeDescription="Create a new document." ma:contentTypeScope="" ma:versionID="066f04baca6c91758345dc17a6ae52f5">
  <xsd:schema xmlns:xsd="http://www.w3.org/2001/XMLSchema" xmlns:xs="http://www.w3.org/2001/XMLSchema" xmlns:p="http://schemas.microsoft.com/office/2006/metadata/properties" xmlns:ns1="http://schemas.microsoft.com/sharepoint/v3" xmlns:ns2="bea70cba-fbfa-4b1d-ac0a-c05f8512fabc" xmlns:ns3="7ea0e870-2e24-4d60-8b81-27aa0c244182" targetNamespace="http://schemas.microsoft.com/office/2006/metadata/properties" ma:root="true" ma:fieldsID="30d2de60154927ae461dce3479299c77" ns1:_="" ns2:_="" ns3:_="">
    <xsd:import namespace="http://schemas.microsoft.com/sharepoint/v3"/>
    <xsd:import namespace="bea70cba-fbfa-4b1d-ac0a-c05f8512fabc"/>
    <xsd:import namespace="7ea0e870-2e24-4d60-8b81-27aa0c244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70cba-fbfa-4b1d-ac0a-c05f8512f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0e870-2e24-4d60-8b81-27aa0c2441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36fcdba-c2ad-43c7-b9f5-7549dccc7b70}" ma:internalName="TaxCatchAll" ma:showField="CatchAllData" ma:web="7ea0e870-2e24-4d60-8b81-27aa0c244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a0e870-2e24-4d60-8b81-27aa0c244182" xsi:nil="true"/>
    <lcf76f155ced4ddcb4097134ff3c332f xmlns="bea70cba-fbfa-4b1d-ac0a-c05f8512fabc">
      <Terms xmlns="http://schemas.microsoft.com/office/infopath/2007/PartnerControls"/>
    </lcf76f155ced4ddcb4097134ff3c332f>
    <_ip_UnifiedCompliancePolicyProperties xmlns="http://schemas.microsoft.com/sharepoint/v3" xsi:nil="true"/>
    <_ip_UnifiedCompliancePolicyUIAc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75D7C6-A223-44B3-9F1B-006531444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ea70cba-fbfa-4b1d-ac0a-c05f8512fabc"/>
    <ds:schemaRef ds:uri="7ea0e870-2e24-4d60-8b81-27aa0c244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326F85-0CAC-432A-ACA6-299B1685EE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ED3E50-1904-4B7E-BBC5-8F030E912BCE}">
  <ds:schemaRefs>
    <ds:schemaRef ds:uri="http://schemas.microsoft.com/office/2006/metadata/properties"/>
    <ds:schemaRef ds:uri="http://schemas.microsoft.com/office/infopath/2007/PartnerControls"/>
    <ds:schemaRef ds:uri="7ea0e870-2e24-4d60-8b81-27aa0c244182"/>
    <ds:schemaRef ds:uri="bea70cba-fbfa-4b1d-ac0a-c05f8512fab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1095</Words>
  <Characters>6245</Characters>
  <Application>Microsoft Office Word</Application>
  <DocSecurity>0</DocSecurity>
  <Lines>52</Lines>
  <Paragraphs>14</Paragraphs>
  <ScaleCrop>false</ScaleCrop>
  <Manager/>
  <Company/>
  <LinksUpToDate>false</LinksUpToDate>
  <CharactersWithSpaces>7326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Sautin</dc:creator>
  <cp:keywords/>
  <dc:description>generated by python-docx</dc:description>
  <cp:lastModifiedBy>Arddun R. Arwel</cp:lastModifiedBy>
  <cp:revision>53</cp:revision>
  <dcterms:created xsi:type="dcterms:W3CDTF">2026-10-07T15:53:00Z</dcterms:created>
  <dcterms:modified xsi:type="dcterms:W3CDTF">2026-10-29T14:35:00Z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0x010100B306F393195C6C46829375635AD0FF7D</vt:lpwstr>
  </property>
  <property fmtid="{D5CDD505-2E9C-101B-9397-08002B2CF9AE}" pid="3" name="MediaServiceImageTags">
    <vt:lpwstr/>
  </property>
</Properties>
</file>