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7A403F18" w14:textId="66F91545" w:rsidR="1214E0A2" w:rsidRPr="00DF29D2" w:rsidRDefault="1214E0A2" w:rsidP="00DF29D2">
      <w:pPr>
        <w:pStyle w:val="Heading1"/>
        <w:spacing w:line="360" w:lineRule="auto"/>
        <w:rPr>
          <w:rFonts w:ascii="Arial" w:hAnsi="Arial" w:cs="Arial"/>
          <w:color w:val="auto"/>
          <w:sz w:val="36"/>
          <w:szCs w:val="36"/>
          <w:lang w:val="cy-GB"/>
        </w:rPr>
      </w:pPr>
      <w:r w:rsidRPr="00DF29D2">
        <w:rPr>
          <w:rFonts w:ascii="Arial" w:hAnsi="Arial" w:cs="Arial"/>
          <w:color w:val="auto"/>
          <w:sz w:val="36"/>
          <w:szCs w:val="36"/>
          <w:lang w:val="cy-GB"/>
        </w:rPr>
        <w:t>FFURFLEN GAIS</w:t>
      </w:r>
    </w:p>
    <w:p w14:paraId="2F243FE4" w14:textId="46857EC8" w:rsidR="00AB653F" w:rsidRPr="00DF29D2" w:rsidRDefault="00AB653F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Y dyddiad cau ar gyfer ceisiadau yw 5.00pm, dydd Mawrth 15 Rhagfyr 2026.</w:t>
      </w:r>
    </w:p>
    <w:p w14:paraId="1CB3D8D5" w14:textId="0B96A07E" w:rsidR="00AB653F" w:rsidRPr="00DF29D2" w:rsidRDefault="00AB653F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I wneud cais, bydd angen i chi anfon y ffurflen gais hon, ynghyd ag enghraifft o’ch gwaith creadigol, at </w:t>
      </w:r>
      <w:hyperlink r:id="rId8" w:history="1">
        <w:r w:rsidR="00DF29D2" w:rsidRPr="00DF29D2">
          <w:rPr>
            <w:rStyle w:val="Hyperlink"/>
            <w:rFonts w:ascii="Arial" w:hAnsi="Arial" w:cs="Arial"/>
            <w:sz w:val="28"/>
            <w:szCs w:val="28"/>
            <w:lang w:val="cy-GB"/>
          </w:rPr>
          <w:t>post@llenyddiaethcymru.org</w:t>
        </w:r>
      </w:hyperlink>
      <w:r w:rsidRPr="00DF29D2">
        <w:rPr>
          <w:rFonts w:ascii="Arial" w:hAnsi="Arial" w:cs="Arial"/>
          <w:sz w:val="28"/>
          <w:szCs w:val="28"/>
          <w:lang w:val="cy-GB"/>
        </w:rPr>
        <w:t>.</w:t>
      </w:r>
    </w:p>
    <w:p w14:paraId="3A923666" w14:textId="77777777" w:rsidR="00AB653F" w:rsidRPr="00DF29D2" w:rsidRDefault="00AB653F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Os oes gennych anabledd neu salwch a allai ei gwneud yn anodd i chi wneud cais, cysylltwch â Llenyddiaeth Cymru i siarad ag aelod o staff.</w:t>
      </w:r>
    </w:p>
    <w:p w14:paraId="5B9951CA" w14:textId="75A1D699" w:rsidR="00AB653F" w:rsidRPr="00DF29D2" w:rsidRDefault="00AB653F" w:rsidP="00DF29D2">
      <w:pPr>
        <w:pStyle w:val="Heading2"/>
        <w:spacing w:line="360" w:lineRule="auto"/>
        <w:rPr>
          <w:rFonts w:ascii="Arial" w:hAnsi="Arial" w:cs="Arial"/>
          <w:color w:val="auto"/>
          <w:sz w:val="32"/>
          <w:szCs w:val="32"/>
          <w:lang w:val="cy-GB"/>
        </w:rPr>
      </w:pPr>
      <w:r w:rsidRPr="00DF29D2">
        <w:rPr>
          <w:rFonts w:ascii="Arial" w:hAnsi="Arial" w:cs="Arial"/>
          <w:color w:val="auto"/>
          <w:sz w:val="32"/>
          <w:szCs w:val="32"/>
          <w:lang w:val="cy-GB"/>
        </w:rPr>
        <w:t>Defnydd o Ddeallusrwydd Artiffisial (AI)</w:t>
      </w:r>
    </w:p>
    <w:p w14:paraId="23E3AB3F" w14:textId="71A3FA96" w:rsidR="00AB653F" w:rsidRPr="00DF29D2" w:rsidRDefault="00AB653F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Mae Llenyddiaeth Cymru yn dewis awduron ar sail potensial, nid perffeithrwydd. Rydym am ddod i’ch adnabod chi a’ch llais, felly er y gall defnyddio offer golygu AI fod yn ddefnyddiol i gefnogi eich anghenion mynediad wrth ateb cwestiynau’r cais, ni ddylid eu defnyddio i greu </w:t>
      </w:r>
      <w:proofErr w:type="spellStart"/>
      <w:r w:rsidRPr="00DF29D2">
        <w:rPr>
          <w:rFonts w:ascii="Arial" w:hAnsi="Arial" w:cs="Arial"/>
          <w:sz w:val="28"/>
          <w:szCs w:val="28"/>
          <w:lang w:val="cy-GB"/>
        </w:rPr>
        <w:t>persona</w:t>
      </w:r>
      <w:proofErr w:type="spellEnd"/>
      <w:r w:rsidRPr="00DF29D2">
        <w:rPr>
          <w:rFonts w:ascii="Arial" w:hAnsi="Arial" w:cs="Arial"/>
          <w:sz w:val="28"/>
          <w:szCs w:val="28"/>
          <w:lang w:val="cy-GB"/>
        </w:rPr>
        <w:t xml:space="preserve"> na </w:t>
      </w:r>
      <w:r w:rsidR="0027066C" w:rsidRPr="00DF29D2">
        <w:rPr>
          <w:rFonts w:ascii="Arial" w:hAnsi="Arial" w:cs="Arial"/>
          <w:sz w:val="28"/>
          <w:szCs w:val="28"/>
          <w:lang w:val="cy-GB"/>
        </w:rPr>
        <w:t>chwyddo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eich profiadau.</w:t>
      </w:r>
    </w:p>
    <w:p w14:paraId="702D42D6" w14:textId="2EA377F0" w:rsidR="00AB653F" w:rsidRPr="00DF29D2" w:rsidRDefault="00AB653F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O ran eich </w:t>
      </w:r>
      <w:r w:rsidR="0027066C" w:rsidRPr="00DF29D2">
        <w:rPr>
          <w:rFonts w:ascii="Arial" w:hAnsi="Arial" w:cs="Arial"/>
          <w:sz w:val="28"/>
          <w:szCs w:val="28"/>
          <w:lang w:val="cy-GB"/>
        </w:rPr>
        <w:t>gwaith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creadigol, ni ddylid defnyddio AI i gynhyrchu gwaith creadigol nac i </w:t>
      </w:r>
      <w:r w:rsidR="00D25DB8" w:rsidRPr="00DF29D2">
        <w:rPr>
          <w:rFonts w:ascii="Arial" w:hAnsi="Arial" w:cs="Arial"/>
          <w:sz w:val="28"/>
          <w:szCs w:val="28"/>
          <w:lang w:val="cy-GB"/>
        </w:rPr>
        <w:t>wireddu gwaith golygu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sylweddol. Bydd gofyn i ymgeiswyr gadarnhau mai gwaith a ysgrifennwyd gan berson yw eu gwaith creadigol fel rhan o’r cais.</w:t>
      </w:r>
    </w:p>
    <w:p w14:paraId="1369F95E" w14:textId="714964FE" w:rsidR="00AB653F" w:rsidRPr="00DF29D2" w:rsidRDefault="00AB653F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Mae ein </w:t>
      </w:r>
      <w:r w:rsidR="009354C4" w:rsidRPr="00DF29D2">
        <w:rPr>
          <w:rFonts w:ascii="Arial" w:hAnsi="Arial" w:cs="Arial"/>
          <w:sz w:val="28"/>
          <w:szCs w:val="28"/>
          <w:lang w:val="cy-GB"/>
        </w:rPr>
        <w:t xml:space="preserve">cyrsiau </w:t>
      </w:r>
      <w:r w:rsidRPr="00DF29D2">
        <w:rPr>
          <w:rFonts w:ascii="Arial" w:hAnsi="Arial" w:cs="Arial"/>
          <w:sz w:val="28"/>
          <w:szCs w:val="28"/>
          <w:lang w:val="cy-GB"/>
        </w:rPr>
        <w:t>datblygu awduron yn ddwys, a bydd disgwyl i awduron gyfrannu naill ai wyneb yn wyneb neu ar-lein yn ystod y sesiynau. Ni fydd modd dibynnu ar AI i gynhyrchu gwaith ar eich rhan. Felly, ystyriwch yn ofalus a yw eich crefft ysgrifennu ar lefel briodol eto i gymryd rhan yn y c</w:t>
      </w:r>
      <w:r w:rsidR="00575FE4" w:rsidRPr="00DF29D2">
        <w:rPr>
          <w:rFonts w:ascii="Arial" w:hAnsi="Arial" w:cs="Arial"/>
          <w:sz w:val="28"/>
          <w:szCs w:val="28"/>
          <w:lang w:val="cy-GB"/>
        </w:rPr>
        <w:t>wrs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hwn.</w:t>
      </w:r>
    </w:p>
    <w:p w14:paraId="3B01A01B" w14:textId="6CBA4FE3" w:rsidR="006468AA" w:rsidRPr="00DF29D2" w:rsidRDefault="005B052C" w:rsidP="00DF29D2">
      <w:pPr>
        <w:pStyle w:val="Heading2"/>
        <w:spacing w:line="360" w:lineRule="auto"/>
        <w:rPr>
          <w:rFonts w:ascii="Arial" w:hAnsi="Arial" w:cs="Arial"/>
          <w:color w:val="auto"/>
          <w:sz w:val="32"/>
          <w:szCs w:val="32"/>
          <w:lang w:val="cy-GB"/>
        </w:rPr>
      </w:pPr>
      <w:r w:rsidRPr="00DF29D2">
        <w:rPr>
          <w:rFonts w:ascii="Arial" w:hAnsi="Arial" w:cs="Arial"/>
          <w:color w:val="auto"/>
          <w:sz w:val="32"/>
          <w:szCs w:val="32"/>
          <w:lang w:val="cy-GB"/>
        </w:rPr>
        <w:lastRenderedPageBreak/>
        <w:t>Cymhwyster:</w:t>
      </w:r>
    </w:p>
    <w:p w14:paraId="2F8EAE58" w14:textId="5C8A1555" w:rsidR="00E3564F" w:rsidRPr="00DF29D2" w:rsidRDefault="00E3564F" w:rsidP="00DF29D2">
      <w:pPr>
        <w:pStyle w:val="NormalWeb"/>
        <w:numPr>
          <w:ilvl w:val="0"/>
          <w:numId w:val="1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Style w:val="Strong"/>
          <w:rFonts w:ascii="Arial" w:hAnsi="Arial" w:cs="Arial"/>
          <w:b w:val="0"/>
          <w:bCs w:val="0"/>
          <w:sz w:val="28"/>
          <w:szCs w:val="28"/>
          <w:lang w:val="cy-GB"/>
        </w:rPr>
        <w:t>Bwriad y cwrs</w:t>
      </w:r>
      <w:r w:rsidR="002946FA" w:rsidRPr="00DF29D2">
        <w:rPr>
          <w:rStyle w:val="Strong"/>
          <w:rFonts w:ascii="Arial" w:hAnsi="Arial" w:cs="Arial"/>
          <w:b w:val="0"/>
          <w:bCs w:val="0"/>
          <w:sz w:val="28"/>
          <w:szCs w:val="28"/>
          <w:lang w:val="cy-GB"/>
        </w:rPr>
        <w:t xml:space="preserve"> hwn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</w:t>
      </w:r>
      <w:r w:rsidR="0099583A" w:rsidRPr="00DF29D2">
        <w:rPr>
          <w:rFonts w:ascii="Arial" w:hAnsi="Arial" w:cs="Arial"/>
          <w:sz w:val="28"/>
          <w:szCs w:val="28"/>
          <w:lang w:val="cy-GB"/>
        </w:rPr>
        <w:t>yw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datblygu awduron sydd wedi’u tangynrychioli o fewn y byd llenydd</w:t>
      </w:r>
      <w:r w:rsidR="00DF379D" w:rsidRPr="00DF29D2">
        <w:rPr>
          <w:rFonts w:ascii="Arial" w:hAnsi="Arial" w:cs="Arial"/>
          <w:sz w:val="28"/>
          <w:szCs w:val="28"/>
          <w:lang w:val="cy-GB"/>
        </w:rPr>
        <w:t>ol a diwydiant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</w:t>
      </w:r>
      <w:r w:rsidR="00DF379D" w:rsidRPr="00DF29D2">
        <w:rPr>
          <w:rFonts w:ascii="Arial" w:hAnsi="Arial" w:cs="Arial"/>
          <w:sz w:val="28"/>
          <w:szCs w:val="28"/>
          <w:lang w:val="cy-GB"/>
        </w:rPr>
        <w:t>c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yhoeddi </w:t>
      </w:r>
      <w:r w:rsidR="00DF379D" w:rsidRPr="00DF29D2">
        <w:rPr>
          <w:rFonts w:ascii="Arial" w:hAnsi="Arial" w:cs="Arial"/>
          <w:sz w:val="28"/>
          <w:szCs w:val="28"/>
          <w:lang w:val="cy-GB"/>
        </w:rPr>
        <w:t>C</w:t>
      </w:r>
      <w:r w:rsidRPr="00DF29D2">
        <w:rPr>
          <w:rFonts w:ascii="Arial" w:hAnsi="Arial" w:cs="Arial"/>
          <w:sz w:val="28"/>
          <w:szCs w:val="28"/>
          <w:lang w:val="cy-GB"/>
        </w:rPr>
        <w:t>ymru.</w:t>
      </w:r>
    </w:p>
    <w:p w14:paraId="4C5D68F2" w14:textId="24AB95AF" w:rsidR="00E3564F" w:rsidRPr="00DF29D2" w:rsidRDefault="00DF379D" w:rsidP="00DF29D2">
      <w:pPr>
        <w:pStyle w:val="NormalWeb"/>
        <w:spacing w:line="360" w:lineRule="auto"/>
        <w:ind w:left="720"/>
        <w:rPr>
          <w:rStyle w:val="Strong"/>
          <w:rFonts w:ascii="Arial" w:hAnsi="Arial" w:cs="Arial"/>
          <w:b w:val="0"/>
          <w:bCs w:val="0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Os gwelwch yn dda, </w:t>
      </w:r>
      <w:r w:rsidRPr="00DF29D2">
        <w:rPr>
          <w:rStyle w:val="Strong"/>
          <w:rFonts w:ascii="Arial" w:hAnsi="Arial" w:cs="Arial"/>
          <w:b w:val="0"/>
          <w:bCs w:val="0"/>
          <w:sz w:val="28"/>
          <w:szCs w:val="28"/>
          <w:lang w:val="cy-GB"/>
        </w:rPr>
        <w:t>n</w:t>
      </w:r>
      <w:r w:rsidR="00E3564F" w:rsidRPr="00DF29D2">
        <w:rPr>
          <w:rStyle w:val="Strong"/>
          <w:rFonts w:ascii="Arial" w:hAnsi="Arial" w:cs="Arial"/>
          <w:b w:val="0"/>
          <w:bCs w:val="0"/>
          <w:sz w:val="28"/>
          <w:szCs w:val="28"/>
          <w:lang w:val="cy-GB"/>
        </w:rPr>
        <w:t xml:space="preserve">odwch bob un o’r nodweddion </w:t>
      </w:r>
      <w:r w:rsidR="00EF08E1" w:rsidRPr="00DF29D2">
        <w:rPr>
          <w:rStyle w:val="Strong"/>
          <w:rFonts w:ascii="Arial" w:hAnsi="Arial" w:cs="Arial"/>
          <w:b w:val="0"/>
          <w:bCs w:val="0"/>
          <w:sz w:val="28"/>
          <w:szCs w:val="28"/>
          <w:lang w:val="cy-GB"/>
        </w:rPr>
        <w:t>isod</w:t>
      </w:r>
      <w:r w:rsidR="00E3564F" w:rsidRPr="00DF29D2">
        <w:rPr>
          <w:rStyle w:val="Strong"/>
          <w:rFonts w:ascii="Arial" w:hAnsi="Arial" w:cs="Arial"/>
          <w:b w:val="0"/>
          <w:bCs w:val="0"/>
          <w:sz w:val="28"/>
          <w:szCs w:val="28"/>
          <w:lang w:val="cy-GB"/>
        </w:rPr>
        <w:t xml:space="preserve"> sy’n berthnasol i chi:</w:t>
      </w:r>
    </w:p>
    <w:p w14:paraId="0C22E589" w14:textId="6099D7FD" w:rsidR="00EC2DCC" w:rsidRPr="00DF29D2" w:rsidRDefault="00EC2DCC" w:rsidP="00DF29D2">
      <w:pPr>
        <w:pStyle w:val="NormalWeb"/>
        <w:spacing w:line="360" w:lineRule="auto"/>
        <w:ind w:left="720"/>
        <w:rPr>
          <w:rFonts w:ascii="Arial" w:hAnsi="Arial" w:cs="Arial"/>
          <w:i/>
          <w:iCs/>
          <w:sz w:val="28"/>
          <w:szCs w:val="28"/>
          <w:lang w:val="cy-GB"/>
        </w:rPr>
      </w:pPr>
      <w:r w:rsidRPr="00DF29D2">
        <w:rPr>
          <w:rStyle w:val="Emphasis"/>
          <w:rFonts w:ascii="Arial" w:hAnsi="Arial" w:cs="Arial"/>
          <w:i w:val="0"/>
          <w:iCs w:val="0"/>
          <w:sz w:val="28"/>
          <w:szCs w:val="28"/>
          <w:lang w:val="cy-GB"/>
        </w:rPr>
        <w:t>(Am ddiffiniadau o unrhyw un o’r nodweddion a restrir isod, cyfeiriwch at adran Cwestiynau Cyffredin ein gwefan.)</w:t>
      </w:r>
    </w:p>
    <w:p w14:paraId="368FE933" w14:textId="762D181C" w:rsidR="00E3564F" w:rsidRPr="00DF29D2" w:rsidRDefault="00E3564F" w:rsidP="00DF29D2">
      <w:pPr>
        <w:pStyle w:val="NormalWeb"/>
        <w:spacing w:line="360" w:lineRule="auto"/>
        <w:ind w:left="720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Byddar a/neu drwm eich clyw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O gefndir incwm isel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Yn perthyn i gymunedau Sipsiwn, </w:t>
      </w:r>
      <w:proofErr w:type="spellStart"/>
      <w:r w:rsidRPr="00DF29D2">
        <w:rPr>
          <w:rFonts w:ascii="Arial" w:hAnsi="Arial" w:cs="Arial"/>
          <w:sz w:val="28"/>
          <w:szCs w:val="28"/>
          <w:lang w:val="cy-GB"/>
        </w:rPr>
        <w:t>Roma</w:t>
      </w:r>
      <w:proofErr w:type="spellEnd"/>
      <w:r w:rsidRPr="00DF29D2">
        <w:rPr>
          <w:rFonts w:ascii="Arial" w:hAnsi="Arial" w:cs="Arial"/>
          <w:sz w:val="28"/>
          <w:szCs w:val="28"/>
          <w:lang w:val="cy-GB"/>
        </w:rPr>
        <w:t xml:space="preserve"> a/neu Deithwyr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</w:t>
      </w:r>
      <w:r w:rsidR="00EF08E1" w:rsidRPr="00DF29D2">
        <w:rPr>
          <w:rFonts w:ascii="Arial" w:hAnsi="Arial" w:cs="Arial"/>
          <w:sz w:val="28"/>
          <w:szCs w:val="28"/>
          <w:lang w:val="cy-GB"/>
        </w:rPr>
        <w:t>LHDTC</w:t>
      </w:r>
      <w:r w:rsidRPr="00DF29D2">
        <w:rPr>
          <w:rFonts w:ascii="Arial" w:hAnsi="Arial" w:cs="Arial"/>
          <w:sz w:val="28"/>
          <w:szCs w:val="28"/>
          <w:lang w:val="cy-GB"/>
        </w:rPr>
        <w:t>+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</w:t>
      </w:r>
      <w:proofErr w:type="spellStart"/>
      <w:r w:rsidRPr="00DF29D2">
        <w:rPr>
          <w:rFonts w:ascii="Arial" w:hAnsi="Arial" w:cs="Arial"/>
          <w:sz w:val="28"/>
          <w:szCs w:val="28"/>
          <w:lang w:val="cy-GB"/>
        </w:rPr>
        <w:t>Niwro</w:t>
      </w:r>
      <w:r w:rsidR="00EF08E1" w:rsidRPr="00DF29D2">
        <w:rPr>
          <w:rFonts w:ascii="Arial" w:hAnsi="Arial" w:cs="Arial"/>
          <w:sz w:val="28"/>
          <w:szCs w:val="28"/>
          <w:lang w:val="cy-GB"/>
        </w:rPr>
        <w:t>amrywiol</w:t>
      </w:r>
      <w:proofErr w:type="spellEnd"/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O gefndir Du, Asiaidd neu Leiafrif Ethnig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Yn byw ag anableddau a/neu gyflyrau iechyd hirdymor</w:t>
      </w:r>
    </w:p>
    <w:p w14:paraId="49F228D6" w14:textId="16EA5D47" w:rsidR="00E3564F" w:rsidRPr="00DF29D2" w:rsidRDefault="00E3564F" w:rsidP="00DF29D2">
      <w:pPr>
        <w:pStyle w:val="NormalWeb"/>
        <w:spacing w:line="360" w:lineRule="auto"/>
        <w:ind w:left="720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Rydym yn cydnabod nad yw hon yn restr gynhwysfawr ac rydym yn croesawu unrhyw sylwadau am agweddau eraill </w:t>
      </w:r>
      <w:r w:rsidR="00EF08E1" w:rsidRPr="00DF29D2">
        <w:rPr>
          <w:rFonts w:ascii="Arial" w:hAnsi="Arial" w:cs="Arial"/>
          <w:sz w:val="28"/>
          <w:szCs w:val="28"/>
          <w:lang w:val="cy-GB"/>
        </w:rPr>
        <w:t>o’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ch hunaniaeth neu eich llais </w:t>
      </w:r>
      <w:r w:rsidR="002946FA" w:rsidRPr="00DF29D2">
        <w:rPr>
          <w:rFonts w:ascii="Arial" w:hAnsi="Arial" w:cs="Arial"/>
          <w:sz w:val="28"/>
          <w:szCs w:val="28"/>
          <w:lang w:val="cy-GB"/>
        </w:rPr>
        <w:t xml:space="preserve">y teimlwch sydd wedi eu </w:t>
      </w:r>
      <w:r w:rsidRPr="00DF29D2">
        <w:rPr>
          <w:rFonts w:ascii="Arial" w:hAnsi="Arial" w:cs="Arial"/>
          <w:sz w:val="28"/>
          <w:szCs w:val="28"/>
          <w:lang w:val="cy-GB"/>
        </w:rPr>
        <w:t>tangynrychioli o fewn y sector llenydd</w:t>
      </w:r>
      <w:r w:rsidR="002946FA" w:rsidRPr="00DF29D2">
        <w:rPr>
          <w:rFonts w:ascii="Arial" w:hAnsi="Arial" w:cs="Arial"/>
          <w:sz w:val="28"/>
          <w:szCs w:val="28"/>
          <w:lang w:val="cy-GB"/>
        </w:rPr>
        <w:t>ol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a</w:t>
      </w:r>
      <w:r w:rsidR="002946FA" w:rsidRPr="00DF29D2">
        <w:rPr>
          <w:rFonts w:ascii="Arial" w:hAnsi="Arial" w:cs="Arial"/>
          <w:sz w:val="28"/>
          <w:szCs w:val="28"/>
          <w:lang w:val="cy-GB"/>
        </w:rPr>
        <w:t>’r diwydiant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cyhoeddi yng Nghymru.</w:t>
      </w:r>
    </w:p>
    <w:p w14:paraId="05B6E6A1" w14:textId="4CAA1A09" w:rsidR="00E3564F" w:rsidRPr="00DF29D2" w:rsidRDefault="00E3564F" w:rsidP="00DF29D2">
      <w:pPr>
        <w:pStyle w:val="NormalWeb"/>
        <w:spacing w:line="360" w:lineRule="auto"/>
        <w:ind w:left="720"/>
        <w:rPr>
          <w:rFonts w:ascii="Arial" w:hAnsi="Arial" w:cs="Arial"/>
          <w:sz w:val="28"/>
          <w:szCs w:val="28"/>
          <w:lang w:val="cy-GB"/>
        </w:rPr>
      </w:pPr>
      <w:r w:rsidRPr="00DF29D2">
        <w:rPr>
          <w:rStyle w:val="Strong"/>
          <w:rFonts w:ascii="Arial" w:hAnsi="Arial" w:cs="Arial"/>
          <w:b w:val="0"/>
          <w:bCs w:val="0"/>
          <w:sz w:val="28"/>
          <w:szCs w:val="28"/>
          <w:lang w:val="cy-GB"/>
        </w:rPr>
        <w:t>Nodwch eich sylwadau isod. (Uchafswm o 50 gair)</w:t>
      </w:r>
    </w:p>
    <w:p w14:paraId="4F2FF583" w14:textId="0A14AE39" w:rsidR="005B052C" w:rsidRPr="00DF29D2" w:rsidRDefault="00E26AD7" w:rsidP="00DF29D2">
      <w:pPr>
        <w:spacing w:line="360" w:lineRule="auto"/>
        <w:rPr>
          <w:rFonts w:ascii="Arial" w:hAnsi="Arial" w:cs="Arial"/>
          <w:sz w:val="28"/>
          <w:szCs w:val="28"/>
          <w:u w:val="single"/>
          <w:lang w:val="cy-GB"/>
        </w:rPr>
      </w:pPr>
      <w:r w:rsidRPr="00DF29D2">
        <w:rPr>
          <w:rFonts w:ascii="Arial" w:hAnsi="Arial" w:cs="Arial"/>
          <w:sz w:val="28"/>
          <w:szCs w:val="28"/>
          <w:u w:val="single"/>
          <w:lang w:val="cy-GB"/>
        </w:rPr>
        <w:lastRenderedPageBreak/>
        <w:t>Gwybodaeth amdanoch chi</w:t>
      </w:r>
      <w:r w:rsidR="00EC2DCC" w:rsidRPr="00DF29D2">
        <w:rPr>
          <w:rFonts w:ascii="Arial" w:hAnsi="Arial" w:cs="Arial"/>
          <w:sz w:val="28"/>
          <w:szCs w:val="28"/>
          <w:u w:val="single"/>
          <w:lang w:val="cy-GB"/>
        </w:rPr>
        <w:t>:</w:t>
      </w:r>
    </w:p>
    <w:p w14:paraId="3FA2FB1D" w14:textId="77777777" w:rsidR="00E26AD7" w:rsidRPr="00DF29D2" w:rsidRDefault="00E26AD7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Enw</w:t>
      </w:r>
    </w:p>
    <w:p w14:paraId="6A886019" w14:textId="77777777" w:rsidR="00E26AD7" w:rsidRPr="00DF29D2" w:rsidRDefault="00E26AD7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5EBFD91B" w14:textId="1D1CA73A" w:rsidR="00E26AD7" w:rsidRPr="00DF29D2" w:rsidRDefault="00BC3107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Eich dyddiad geni</w:t>
      </w:r>
    </w:p>
    <w:p w14:paraId="00F8CF08" w14:textId="77777777" w:rsidR="00E26AD7" w:rsidRPr="00DF29D2" w:rsidRDefault="00E26AD7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642B20CC" w14:textId="77777777" w:rsidR="00E26AD7" w:rsidRPr="00DF29D2" w:rsidRDefault="00E26AD7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Cyfeiriad (gyda </w:t>
      </w:r>
      <w:proofErr w:type="spellStart"/>
      <w:r w:rsidRPr="00DF29D2">
        <w:rPr>
          <w:rFonts w:ascii="Arial" w:hAnsi="Arial" w:cs="Arial"/>
          <w:sz w:val="28"/>
          <w:szCs w:val="28"/>
          <w:lang w:val="cy-GB"/>
        </w:rPr>
        <w:t>chôd</w:t>
      </w:r>
      <w:proofErr w:type="spellEnd"/>
      <w:r w:rsidRPr="00DF29D2">
        <w:rPr>
          <w:rFonts w:ascii="Arial" w:hAnsi="Arial" w:cs="Arial"/>
          <w:sz w:val="28"/>
          <w:szCs w:val="28"/>
          <w:lang w:val="cy-GB"/>
        </w:rPr>
        <w:t xml:space="preserve"> post)</w:t>
      </w:r>
    </w:p>
    <w:p w14:paraId="14AD6F9F" w14:textId="77777777" w:rsidR="00743685" w:rsidRPr="00DF29D2" w:rsidRDefault="00743685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619CDB05" w14:textId="53B2EE6E" w:rsidR="00743685" w:rsidRPr="00DF29D2" w:rsidRDefault="00743685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Cyfeiriad e-bost</w:t>
      </w:r>
    </w:p>
    <w:p w14:paraId="6068D4F2" w14:textId="77777777" w:rsidR="00743685" w:rsidRPr="00DF29D2" w:rsidRDefault="00743685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E10AA79" w14:textId="77777777" w:rsidR="00743685" w:rsidRPr="00DF29D2" w:rsidRDefault="00743685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31FFDBE0" w14:textId="3C9F1C5E" w:rsidR="00E26AD7" w:rsidRPr="00DF29D2" w:rsidRDefault="00743685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Rhif ffôn (opsiynol)</w:t>
      </w:r>
    </w:p>
    <w:p w14:paraId="15C9FCA1" w14:textId="77777777" w:rsidR="003815F8" w:rsidRPr="00DF29D2" w:rsidRDefault="003815F8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6795D003" w14:textId="070636BC" w:rsidR="003815F8" w:rsidRPr="00DF29D2" w:rsidRDefault="003815F8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Ydych chi wedi derbyn cymorth gan Llenyddiaeth Cymru, neu wedi gweithio gyda Llenyddiaeth Cymru o’r blaen?</w:t>
      </w:r>
    </w:p>
    <w:p w14:paraId="7EB52279" w14:textId="77777777" w:rsidR="003815F8" w:rsidRPr="00DF29D2" w:rsidRDefault="003815F8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3224D73" w14:textId="53E5F12C" w:rsidR="00064904" w:rsidRPr="00DF29D2" w:rsidRDefault="003815F8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Os do, nodwch y manylion yn y blwch isod os gwelwch yn dda:</w:t>
      </w:r>
    </w:p>
    <w:p w14:paraId="480918D6" w14:textId="77777777" w:rsidR="00064904" w:rsidRPr="00DF29D2" w:rsidRDefault="00064904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34457C9E" w14:textId="4DB6A3FB" w:rsidR="00064904" w:rsidRPr="00DF29D2" w:rsidRDefault="00064904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Ble glywsoch chi am y cyfle hwn?</w:t>
      </w:r>
    </w:p>
    <w:p w14:paraId="3E8B715D" w14:textId="77777777" w:rsidR="005D49A3" w:rsidRPr="00DF29D2" w:rsidRDefault="005D49A3" w:rsidP="00DF29D2">
      <w:pPr>
        <w:spacing w:line="360" w:lineRule="auto"/>
        <w:rPr>
          <w:rFonts w:ascii="Arial" w:hAnsi="Arial" w:cs="Arial"/>
          <w:lang w:val="cy-GB"/>
        </w:rPr>
      </w:pPr>
    </w:p>
    <w:p w14:paraId="01A61286" w14:textId="7945BB37" w:rsidR="004B0326" w:rsidRPr="00DF29D2" w:rsidRDefault="00064904" w:rsidP="00DF29D2">
      <w:pPr>
        <w:pStyle w:val="Heading2"/>
        <w:spacing w:line="360" w:lineRule="auto"/>
        <w:rPr>
          <w:rFonts w:ascii="Arial" w:hAnsi="Arial" w:cs="Arial"/>
          <w:color w:val="auto"/>
          <w:sz w:val="32"/>
          <w:szCs w:val="32"/>
          <w:lang w:val="cy-GB"/>
        </w:rPr>
      </w:pPr>
      <w:r w:rsidRPr="00DF29D2">
        <w:rPr>
          <w:rFonts w:ascii="Arial" w:hAnsi="Arial" w:cs="Arial"/>
          <w:color w:val="auto"/>
          <w:sz w:val="32"/>
          <w:szCs w:val="32"/>
          <w:lang w:val="cy-GB"/>
        </w:rPr>
        <w:t>Y Ffurflen Gais:</w:t>
      </w:r>
    </w:p>
    <w:p w14:paraId="28712C59" w14:textId="77777777" w:rsidR="00CC36CF" w:rsidRPr="00DF29D2" w:rsidRDefault="00686462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Dywedwch wrthym am eich profiad ysgrifennu hyd yn hyn.</w:t>
      </w:r>
      <w:r w:rsidR="00CC36CF" w:rsidRPr="00DF29D2">
        <w:rPr>
          <w:rFonts w:ascii="Arial" w:hAnsi="Arial" w:cs="Arial"/>
          <w:sz w:val="28"/>
          <w:szCs w:val="28"/>
          <w:lang w:val="cy-GB"/>
        </w:rPr>
        <w:t xml:space="preserve"> O le mae eich diddordeb mewn ysgrifennu i bobl ifanc yn deillio?</w:t>
      </w:r>
      <w:r w:rsidR="00D65D88" w:rsidRPr="00DF29D2">
        <w:rPr>
          <w:rFonts w:ascii="Arial" w:hAnsi="Arial" w:cs="Arial"/>
          <w:sz w:val="28"/>
          <w:szCs w:val="28"/>
          <w:lang w:val="cy-GB"/>
        </w:rPr>
        <w:t xml:space="preserve"> </w:t>
      </w:r>
    </w:p>
    <w:p w14:paraId="2A5F9995" w14:textId="77777777" w:rsidR="00CC36CF" w:rsidRPr="00DF29D2" w:rsidRDefault="00CC36CF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41B4A8ED" w14:textId="04482E59" w:rsidR="00686462" w:rsidRPr="00DF29D2" w:rsidRDefault="00C63C51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lastRenderedPageBreak/>
        <w:t xml:space="preserve">Does dim disgwyliad </w:t>
      </w:r>
      <w:r w:rsidR="009676A5" w:rsidRPr="00DF29D2">
        <w:rPr>
          <w:rFonts w:ascii="Arial" w:hAnsi="Arial" w:cs="Arial"/>
          <w:sz w:val="28"/>
          <w:szCs w:val="28"/>
          <w:lang w:val="cy-GB"/>
        </w:rPr>
        <w:t xml:space="preserve">o gwbl 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eich bod eisoes wedi cyhoeddi </w:t>
      </w:r>
      <w:r w:rsidR="00E84019" w:rsidRPr="00DF29D2">
        <w:rPr>
          <w:rFonts w:ascii="Arial" w:hAnsi="Arial" w:cs="Arial"/>
          <w:sz w:val="28"/>
          <w:szCs w:val="28"/>
          <w:lang w:val="cy-GB"/>
        </w:rPr>
        <w:t xml:space="preserve">unrhyw 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waith, ond lle’n berthnasol, </w:t>
      </w:r>
      <w:r w:rsidR="00D65D88" w:rsidRPr="00DF29D2">
        <w:rPr>
          <w:rFonts w:ascii="Arial" w:hAnsi="Arial" w:cs="Arial"/>
          <w:sz w:val="28"/>
          <w:szCs w:val="28"/>
          <w:lang w:val="cy-GB"/>
        </w:rPr>
        <w:t xml:space="preserve">nodwch enwau a dyddiadau unrhyw </w:t>
      </w:r>
      <w:r w:rsidR="00792FD0" w:rsidRPr="00DF29D2">
        <w:rPr>
          <w:rFonts w:ascii="Arial" w:hAnsi="Arial" w:cs="Arial"/>
          <w:sz w:val="28"/>
          <w:szCs w:val="28"/>
          <w:lang w:val="cy-GB"/>
        </w:rPr>
        <w:t>gyhoeddiadau</w:t>
      </w:r>
      <w:r w:rsidR="00CC36CF" w:rsidRPr="00DF29D2">
        <w:rPr>
          <w:rFonts w:ascii="Arial" w:hAnsi="Arial" w:cs="Arial"/>
          <w:sz w:val="28"/>
          <w:szCs w:val="28"/>
          <w:lang w:val="cy-GB"/>
        </w:rPr>
        <w:t xml:space="preserve"> sydd gennych os gwelwch yn dda.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</w:t>
      </w:r>
    </w:p>
    <w:p w14:paraId="5A653123" w14:textId="77777777" w:rsidR="00A11E9D" w:rsidRPr="00DF29D2" w:rsidRDefault="00A11E9D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0BF6C520" w14:textId="77777777" w:rsidR="00D65D88" w:rsidRPr="00DF29D2" w:rsidRDefault="00686462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(Uchafswm o 200 gair)</w:t>
      </w:r>
    </w:p>
    <w:p w14:paraId="16A01C54" w14:textId="77777777" w:rsidR="00D65D88" w:rsidRPr="00DF29D2" w:rsidRDefault="00D65D88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4A57AC1D" w14:textId="0C502B8F" w:rsidR="00427FEB" w:rsidRPr="00DF29D2" w:rsidRDefault="00612AE8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Beth yw eich dyheadau ysgrifennu hirdymor</w:t>
      </w:r>
      <w:r w:rsidR="00E81FC4" w:rsidRPr="00DF29D2">
        <w:rPr>
          <w:rFonts w:ascii="Arial" w:hAnsi="Arial" w:cs="Arial"/>
          <w:sz w:val="28"/>
          <w:szCs w:val="28"/>
          <w:lang w:val="cy-GB"/>
        </w:rPr>
        <w:t xml:space="preserve">? Sut ydych yn </w:t>
      </w:r>
      <w:r w:rsidR="00427FEB" w:rsidRPr="00DF29D2">
        <w:rPr>
          <w:rFonts w:ascii="Arial" w:hAnsi="Arial" w:cs="Arial"/>
          <w:sz w:val="28"/>
          <w:szCs w:val="28"/>
          <w:lang w:val="cy-GB"/>
        </w:rPr>
        <w:t>credu gall eich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llais a’ch profiadau gyfrannu at y sîn lenyddol </w:t>
      </w:r>
      <w:r w:rsidR="00AE207D" w:rsidRPr="00DF29D2">
        <w:rPr>
          <w:rFonts w:ascii="Arial" w:hAnsi="Arial" w:cs="Arial"/>
          <w:sz w:val="28"/>
          <w:szCs w:val="28"/>
          <w:lang w:val="cy-GB"/>
        </w:rPr>
        <w:t xml:space="preserve">ar gyfer pobl ifanc 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yng Nghymru? </w:t>
      </w:r>
    </w:p>
    <w:p w14:paraId="79600187" w14:textId="77777777" w:rsidR="00427FEB" w:rsidRPr="00DF29D2" w:rsidRDefault="00427FEB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4AC97CAB" w14:textId="671F48B1" w:rsidR="00AE4716" w:rsidRPr="00DF29D2" w:rsidRDefault="00612AE8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(Uchafswm o 200 gair)</w:t>
      </w:r>
    </w:p>
    <w:p w14:paraId="196462B3" w14:textId="77777777" w:rsidR="00AE4716" w:rsidRPr="00DF29D2" w:rsidRDefault="00AE4716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350A25C3" w14:textId="511F56BD" w:rsidR="00AE4716" w:rsidRPr="00DF29D2" w:rsidRDefault="00AE4716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Beth sy</w:t>
      </w:r>
      <w:r w:rsidR="00EA2FD0" w:rsidRPr="00DF29D2">
        <w:rPr>
          <w:rFonts w:ascii="Arial" w:hAnsi="Arial" w:cs="Arial"/>
          <w:sz w:val="28"/>
          <w:szCs w:val="28"/>
          <w:lang w:val="cy-GB"/>
        </w:rPr>
        <w:t>’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n eich cyffroi am y cyfle hwn? </w:t>
      </w:r>
      <w:r w:rsidR="00992CEC" w:rsidRPr="00DF29D2">
        <w:rPr>
          <w:rFonts w:ascii="Arial" w:hAnsi="Arial" w:cs="Arial"/>
          <w:sz w:val="28"/>
          <w:szCs w:val="28"/>
          <w:lang w:val="cy-GB"/>
        </w:rPr>
        <w:t>Eglurwch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wrthym pam </w:t>
      </w:r>
      <w:r w:rsidR="00992CEC" w:rsidRPr="00DF29D2">
        <w:rPr>
          <w:rFonts w:ascii="Arial" w:hAnsi="Arial" w:cs="Arial"/>
          <w:sz w:val="28"/>
          <w:szCs w:val="28"/>
          <w:lang w:val="cy-GB"/>
        </w:rPr>
        <w:t>hoffech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wneud cais am le ar y cwrs hwn. </w:t>
      </w:r>
    </w:p>
    <w:p w14:paraId="691A21D9" w14:textId="77777777" w:rsidR="00AE4716" w:rsidRPr="00DF29D2" w:rsidRDefault="00AE4716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3C98D685" w14:textId="74D6A238" w:rsidR="00AE4716" w:rsidRPr="00DF29D2" w:rsidRDefault="00AE4716" w:rsidP="00DF29D2">
      <w:pPr>
        <w:pStyle w:val="ListParagraph"/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(Uchafswm o 200 gair)</w:t>
      </w:r>
    </w:p>
    <w:p w14:paraId="079A1DE7" w14:textId="77777777" w:rsidR="0099331D" w:rsidRPr="00DF29D2" w:rsidRDefault="0099331D" w:rsidP="00DF29D2">
      <w:pPr>
        <w:spacing w:line="360" w:lineRule="auto"/>
        <w:rPr>
          <w:rFonts w:ascii="Arial" w:hAnsi="Arial" w:cs="Arial"/>
          <w:lang w:val="cy-GB"/>
        </w:rPr>
      </w:pPr>
    </w:p>
    <w:p w14:paraId="1DA0956B" w14:textId="36F27533" w:rsidR="0099331D" w:rsidRPr="00DF29D2" w:rsidRDefault="0099331D" w:rsidP="00DF29D2">
      <w:pPr>
        <w:pStyle w:val="Heading2"/>
        <w:spacing w:line="360" w:lineRule="auto"/>
        <w:rPr>
          <w:rFonts w:ascii="Arial" w:hAnsi="Arial" w:cs="Arial"/>
          <w:color w:val="auto"/>
          <w:sz w:val="32"/>
          <w:szCs w:val="32"/>
          <w:lang w:val="cy-GB"/>
        </w:rPr>
      </w:pPr>
      <w:r w:rsidRPr="00DF29D2">
        <w:rPr>
          <w:rFonts w:ascii="Arial" w:hAnsi="Arial" w:cs="Arial"/>
          <w:color w:val="auto"/>
          <w:sz w:val="32"/>
          <w:szCs w:val="32"/>
          <w:lang w:val="cy-GB"/>
        </w:rPr>
        <w:t>Eich gwaith creadigol:</w:t>
      </w:r>
    </w:p>
    <w:p w14:paraId="6D365155" w14:textId="20D56F42" w:rsidR="00046D11" w:rsidRPr="00DF29D2" w:rsidRDefault="00046D11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Pa genre yw’r </w:t>
      </w:r>
      <w:r w:rsidR="00CD580B" w:rsidRPr="00DF29D2">
        <w:rPr>
          <w:rFonts w:ascii="Arial" w:hAnsi="Arial" w:cs="Arial"/>
          <w:sz w:val="28"/>
          <w:szCs w:val="28"/>
          <w:lang w:val="cy-GB"/>
        </w:rPr>
        <w:t>sampl o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waith ysgrifennu creadigol rydych yn ei </w:t>
      </w:r>
      <w:r w:rsidR="00BD41D7" w:rsidRPr="00DF29D2">
        <w:rPr>
          <w:rFonts w:ascii="Arial" w:hAnsi="Arial" w:cs="Arial"/>
          <w:sz w:val="28"/>
          <w:szCs w:val="28"/>
          <w:lang w:val="cy-GB"/>
        </w:rPr>
        <w:t>g</w:t>
      </w:r>
      <w:r w:rsidRPr="00DF29D2">
        <w:rPr>
          <w:rFonts w:ascii="Arial" w:hAnsi="Arial" w:cs="Arial"/>
          <w:sz w:val="28"/>
          <w:szCs w:val="28"/>
          <w:lang w:val="cy-GB"/>
        </w:rPr>
        <w:t>yflwyno? Cyfeiriwch at y Cwestiynau Cyffredin am enghreifftiau o waith creadigol sy’n gymwys. Er enghraifft, nid yw sgriptiau</w:t>
      </w:r>
      <w:r w:rsidR="00353C05" w:rsidRPr="00DF29D2">
        <w:rPr>
          <w:rFonts w:ascii="Arial" w:hAnsi="Arial" w:cs="Arial"/>
          <w:sz w:val="28"/>
          <w:szCs w:val="28"/>
          <w:lang w:val="cy-GB"/>
        </w:rPr>
        <w:t>, barddoniaeth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</w:t>
      </w:r>
      <w:r w:rsidR="005B21AC" w:rsidRPr="00DF29D2">
        <w:rPr>
          <w:rFonts w:ascii="Arial" w:hAnsi="Arial" w:cs="Arial"/>
          <w:sz w:val="28"/>
          <w:szCs w:val="28"/>
          <w:lang w:val="cy-GB"/>
        </w:rPr>
        <w:t>a pherfformiadau llafar a/neu rap yn gymwys ar gyfer y cyfle hwn</w:t>
      </w:r>
      <w:r w:rsidRPr="00DF29D2">
        <w:rPr>
          <w:rFonts w:ascii="Arial" w:hAnsi="Arial" w:cs="Arial"/>
          <w:sz w:val="28"/>
          <w:szCs w:val="28"/>
          <w:lang w:val="cy-GB"/>
        </w:rPr>
        <w:t>.</w:t>
      </w:r>
    </w:p>
    <w:p w14:paraId="57DB2BBA" w14:textId="613F1AAB" w:rsidR="00046D11" w:rsidRPr="00DF29D2" w:rsidRDefault="00046D11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Ffeithiol greadigol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Nofel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lastRenderedPageBreak/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Straeon byrion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Arall (nodwch):</w:t>
      </w:r>
    </w:p>
    <w:p w14:paraId="0E297689" w14:textId="68F2AE11" w:rsidR="00046D11" w:rsidRPr="00DF29D2" w:rsidRDefault="00046D11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Bydd angen i chi anfon enghraifft o’ch gwaith creadigol atom ynghyd â’r ffurflen gais hon. Dylai’r gwaith fod yn brosiect yr hoffech ei ddatblygu yn ystod eich cyfnod ar </w:t>
      </w:r>
      <w:r w:rsidR="00642B70" w:rsidRPr="00DF29D2">
        <w:rPr>
          <w:rFonts w:ascii="Arial" w:hAnsi="Arial" w:cs="Arial"/>
          <w:sz w:val="28"/>
          <w:szCs w:val="28"/>
          <w:lang w:val="cy-GB"/>
        </w:rPr>
        <w:t>y cwrs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. </w:t>
      </w:r>
      <w:r w:rsidR="008A58EB" w:rsidRPr="00DF29D2">
        <w:rPr>
          <w:rFonts w:ascii="Arial" w:hAnsi="Arial" w:cs="Arial"/>
          <w:sz w:val="28"/>
          <w:szCs w:val="28"/>
          <w:lang w:val="cy-GB"/>
        </w:rPr>
        <w:t>Ni dd</w:t>
      </w:r>
      <w:r w:rsidRPr="00DF29D2">
        <w:rPr>
          <w:rFonts w:ascii="Arial" w:hAnsi="Arial" w:cs="Arial"/>
          <w:sz w:val="28"/>
          <w:szCs w:val="28"/>
          <w:lang w:val="cy-GB"/>
        </w:rPr>
        <w:t>ylai’r gwaith creadigol</w:t>
      </w:r>
      <w:r w:rsidR="008A58EB" w:rsidRPr="00DF29D2">
        <w:rPr>
          <w:rFonts w:ascii="Arial" w:hAnsi="Arial" w:cs="Arial"/>
          <w:sz w:val="28"/>
          <w:szCs w:val="28"/>
          <w:lang w:val="cy-GB"/>
        </w:rPr>
        <w:t xml:space="preserve"> fod wedi ei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gyhoeddi</w:t>
      </w:r>
      <w:r w:rsidR="003E54DB" w:rsidRPr="00DF29D2">
        <w:rPr>
          <w:rFonts w:ascii="Arial" w:hAnsi="Arial" w:cs="Arial"/>
          <w:sz w:val="28"/>
          <w:szCs w:val="28"/>
          <w:lang w:val="cy-GB"/>
        </w:rPr>
        <w:t xml:space="preserve"> eto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ar adeg gwneud cais</w:t>
      </w:r>
      <w:r w:rsidR="008A58EB" w:rsidRPr="00DF29D2">
        <w:rPr>
          <w:rFonts w:ascii="Arial" w:hAnsi="Arial" w:cs="Arial"/>
          <w:sz w:val="28"/>
          <w:szCs w:val="28"/>
          <w:lang w:val="cy-GB"/>
        </w:rPr>
        <w:t>.</w:t>
      </w:r>
    </w:p>
    <w:p w14:paraId="67B511D3" w14:textId="56055168" w:rsidR="00046D11" w:rsidRPr="00DF29D2" w:rsidRDefault="00046D11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Gofynnwn am sampl o hyd at 1,000 o eiriau o ryddiait</w:t>
      </w:r>
      <w:r w:rsidR="004F23F5" w:rsidRPr="00DF29D2">
        <w:rPr>
          <w:rFonts w:ascii="Arial" w:hAnsi="Arial" w:cs="Arial"/>
          <w:sz w:val="28"/>
          <w:szCs w:val="28"/>
          <w:lang w:val="cy-GB"/>
        </w:rPr>
        <w:t>h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. Dylid anfon y gwaith fel un ddogfen Word neu PDF. Anogir awduron i ystyried yn ofalus pa </w:t>
      </w:r>
      <w:r w:rsidR="00201079" w:rsidRPr="00DF29D2">
        <w:rPr>
          <w:rFonts w:ascii="Arial" w:hAnsi="Arial" w:cs="Arial"/>
          <w:sz w:val="28"/>
          <w:szCs w:val="28"/>
          <w:lang w:val="cy-GB"/>
        </w:rPr>
        <w:t>sampl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sy’n arddangos e</w:t>
      </w:r>
      <w:r w:rsidR="00201079" w:rsidRPr="00DF29D2">
        <w:rPr>
          <w:rFonts w:ascii="Arial" w:hAnsi="Arial" w:cs="Arial"/>
          <w:sz w:val="28"/>
          <w:szCs w:val="28"/>
          <w:lang w:val="cy-GB"/>
        </w:rPr>
        <w:t>ich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gwaith </w:t>
      </w:r>
      <w:r w:rsidR="00201079" w:rsidRPr="00DF29D2">
        <w:rPr>
          <w:rFonts w:ascii="Arial" w:hAnsi="Arial" w:cs="Arial"/>
          <w:sz w:val="28"/>
          <w:szCs w:val="28"/>
          <w:lang w:val="cy-GB"/>
        </w:rPr>
        <w:t xml:space="preserve">a’ch arddull </w:t>
      </w:r>
      <w:r w:rsidRPr="00DF29D2">
        <w:rPr>
          <w:rFonts w:ascii="Arial" w:hAnsi="Arial" w:cs="Arial"/>
          <w:sz w:val="28"/>
          <w:szCs w:val="28"/>
          <w:lang w:val="cy-GB"/>
        </w:rPr>
        <w:t>orau.</w:t>
      </w:r>
    </w:p>
    <w:p w14:paraId="54D9EDC1" w14:textId="193D6D23" w:rsidR="00046D11" w:rsidRPr="00DF29D2" w:rsidRDefault="004F23F5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Mae g</w:t>
      </w:r>
      <w:r w:rsidR="00046D11" w:rsidRPr="00DF29D2">
        <w:rPr>
          <w:rFonts w:ascii="Arial" w:hAnsi="Arial" w:cs="Arial"/>
          <w:sz w:val="28"/>
          <w:szCs w:val="28"/>
          <w:lang w:val="cy-GB"/>
        </w:rPr>
        <w:t xml:space="preserve">roeso i chi ychwanegu brawddeg neu ddwy i roi cyd-destun i’r darn; fodd bynnag, bydd hyn yn cyfrif tuag at y </w:t>
      </w:r>
      <w:r w:rsidR="009156C4" w:rsidRPr="00DF29D2">
        <w:rPr>
          <w:rFonts w:ascii="Arial" w:hAnsi="Arial" w:cs="Arial"/>
          <w:sz w:val="28"/>
          <w:szCs w:val="28"/>
          <w:lang w:val="cy-GB"/>
        </w:rPr>
        <w:t>cyfanswm</w:t>
      </w:r>
      <w:r w:rsidR="00046D11" w:rsidRPr="00DF29D2">
        <w:rPr>
          <w:rFonts w:ascii="Arial" w:hAnsi="Arial" w:cs="Arial"/>
          <w:sz w:val="28"/>
          <w:szCs w:val="28"/>
          <w:lang w:val="cy-GB"/>
        </w:rPr>
        <w:t xml:space="preserve"> o 1,000 o eiriau.</w:t>
      </w:r>
      <w:r w:rsidR="009156C4" w:rsidRPr="00DF29D2">
        <w:rPr>
          <w:rFonts w:ascii="Arial" w:hAnsi="Arial" w:cs="Arial"/>
          <w:sz w:val="28"/>
          <w:szCs w:val="28"/>
          <w:lang w:val="cy-GB"/>
        </w:rPr>
        <w:t xml:space="preserve"> N</w:t>
      </w:r>
      <w:r w:rsidR="00046D11" w:rsidRPr="00DF29D2">
        <w:rPr>
          <w:rFonts w:ascii="Arial" w:hAnsi="Arial" w:cs="Arial"/>
          <w:sz w:val="28"/>
          <w:szCs w:val="28"/>
          <w:lang w:val="cy-GB"/>
        </w:rPr>
        <w:t>i fydd unrhyw eiriau y tu hwnt i’r terfyn hwn yn cael eu darllen nac yn cael eu hystyried.</w:t>
      </w:r>
    </w:p>
    <w:p w14:paraId="4782FA9A" w14:textId="19AB93DD" w:rsidR="00046D11" w:rsidRPr="00DF29D2" w:rsidRDefault="00046D11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Dylech gyflwyno eich gwaith yn Gymraeg. Os yw eich gwaith yn gyfieithiad o iaith arall, nodwch hyn ar y ddogfen</w:t>
      </w:r>
      <w:r w:rsidR="009156C4" w:rsidRPr="00DF29D2">
        <w:rPr>
          <w:rFonts w:ascii="Arial" w:hAnsi="Arial" w:cs="Arial"/>
          <w:sz w:val="28"/>
          <w:szCs w:val="28"/>
          <w:lang w:val="cy-GB"/>
        </w:rPr>
        <w:t>.</w:t>
      </w:r>
    </w:p>
    <w:p w14:paraId="2B949C1E" w14:textId="0A8A8A2B" w:rsidR="03146621" w:rsidRPr="00DF29D2" w:rsidRDefault="03146621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59B759FA" w14:textId="3E73ECD2" w:rsidR="00FA2BAD" w:rsidRPr="00DF29D2" w:rsidRDefault="00FA2BAD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Pa un o’r ieithoedd hyn ydych </w:t>
      </w:r>
      <w:r w:rsidR="00BD41D7" w:rsidRPr="00DF29D2">
        <w:rPr>
          <w:rFonts w:ascii="Arial" w:hAnsi="Arial" w:cs="Arial"/>
          <w:sz w:val="28"/>
          <w:szCs w:val="28"/>
          <w:lang w:val="cy-GB"/>
        </w:rPr>
        <w:t>chi’</w:t>
      </w:r>
      <w:r w:rsidRPr="00DF29D2">
        <w:rPr>
          <w:rFonts w:ascii="Arial" w:hAnsi="Arial" w:cs="Arial"/>
          <w:sz w:val="28"/>
          <w:szCs w:val="28"/>
          <w:lang w:val="cy-GB"/>
        </w:rPr>
        <w:t>n ei defnyddio’n rheolaidd yn eich ymarfer ysgrifennu creadigol?</w:t>
      </w:r>
    </w:p>
    <w:p w14:paraId="6A03A3B5" w14:textId="77777777" w:rsidR="00FA2BAD" w:rsidRPr="00DF29D2" w:rsidRDefault="00FA2BAD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Saesneg yn unig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Cymraeg yn unig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Saesneg a Chymraeg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Iaith arall yn unig (rhowch ragor o fanylion isod)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Cyfuniad o wahanol ieithoedd (rhowch ragor o fanylion isod)</w:t>
      </w:r>
    </w:p>
    <w:p w14:paraId="28AC596E" w14:textId="14B35A30" w:rsidR="00FA2BAD" w:rsidRPr="00DF29D2" w:rsidRDefault="00FA2BAD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lastRenderedPageBreak/>
        <w:t>Mae yna groeso i chi rannu rhagor o fanylion os hoffech:</w:t>
      </w:r>
    </w:p>
    <w:p w14:paraId="7EFBC2E8" w14:textId="3548241F" w:rsidR="00C42785" w:rsidRPr="00DF29D2" w:rsidRDefault="00C543AB" w:rsidP="00DF29D2">
      <w:pPr>
        <w:pStyle w:val="Heading2"/>
        <w:spacing w:line="360" w:lineRule="auto"/>
        <w:rPr>
          <w:rFonts w:ascii="Arial" w:hAnsi="Arial" w:cs="Arial"/>
          <w:color w:val="auto"/>
          <w:sz w:val="32"/>
          <w:szCs w:val="32"/>
          <w:lang w:val="cy-GB"/>
        </w:rPr>
      </w:pPr>
      <w:r w:rsidRPr="00DF29D2">
        <w:rPr>
          <w:rFonts w:ascii="Arial" w:hAnsi="Arial" w:cs="Arial"/>
          <w:color w:val="auto"/>
          <w:sz w:val="32"/>
          <w:szCs w:val="32"/>
          <w:lang w:val="cy-GB"/>
        </w:rPr>
        <w:t>Caniatâd</w:t>
      </w:r>
    </w:p>
    <w:p w14:paraId="76EFA268" w14:textId="3F5B5F1B" w:rsidR="00FA2BAD" w:rsidRPr="00DF29D2" w:rsidRDefault="00FA2BAD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Datganiad ynghylch defnyddio Deallusrwydd Artiffisial (AI)</w:t>
      </w:r>
    </w:p>
    <w:p w14:paraId="27B7A6D6" w14:textId="166D1126" w:rsidR="00C42785" w:rsidRPr="00DF29D2" w:rsidRDefault="00FA2BAD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Drwy dicio’r blwch hwn, rwy’n cadarnhau nad wyf wedi defnyddio Deallusrwydd Artiffisial (AI) i greu na golygu fy ngwaith creadigol</w:t>
      </w:r>
      <w:r w:rsidR="007D013E" w:rsidRPr="00DF29D2">
        <w:rPr>
          <w:rFonts w:ascii="Arial" w:hAnsi="Arial" w:cs="Arial"/>
          <w:sz w:val="28"/>
          <w:szCs w:val="28"/>
          <w:lang w:val="cy-GB"/>
        </w:rPr>
        <w:t>.</w:t>
      </w:r>
    </w:p>
    <w:p w14:paraId="1D06DEC1" w14:textId="0AED465F" w:rsidR="007D013E" w:rsidRPr="00DF29D2" w:rsidRDefault="007D013E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Cyn cyflwyno eich ffurflen gais, darllenwch a chytunwch â’r datganiad canlynol:</w:t>
      </w:r>
    </w:p>
    <w:p w14:paraId="2B9C443E" w14:textId="77777777" w:rsidR="007D013E" w:rsidRPr="00DF29D2" w:rsidRDefault="007D013E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Rwyf wedi darllen ac wedi deall y canllawiau, ac mae’r wybodaeth a roddais yn gywir hyd eithaf fy ngwybodaeth.</w:t>
      </w:r>
    </w:p>
    <w:p w14:paraId="24F2C5DB" w14:textId="21683874" w:rsidR="007D013E" w:rsidRPr="00DF29D2" w:rsidRDefault="007D013E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Do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Naddo</w:t>
      </w:r>
    </w:p>
    <w:p w14:paraId="109D3967" w14:textId="2C0C0DB2" w:rsidR="007D013E" w:rsidRPr="00DF29D2" w:rsidRDefault="007D013E" w:rsidP="00DF29D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Hoffai Llenyddiaeth Cymru eich hysbysu am ein cyfleoedd, newyddion a gwasanaethau. Er mwyn sicrhau ein bod yn cydymffurfio â’r Rheoliad Cyffredinol ar Ddiogelu Data (GDPR), mae angen eich caniatâd arnom i anfon cyfathrebiadau marchnata atoch. Gallwch newid eich meddwl unrhyw bryd drwy glicio ar y ddolen dad-danysgrifio ar waelod unrhyw e-bost a anfonwn atoch, neu drwy gysylltu â ni ar data@llenyddiaethcymru.org. Byddwn yn trin eich gwybodaeth â pharch ac ni fyddwn yn rhannu eich data personol â thrydydd parti at ddibenion marchnata.</w:t>
      </w:r>
    </w:p>
    <w:p w14:paraId="7AAFEBE5" w14:textId="77777777" w:rsidR="007D013E" w:rsidRPr="00DF29D2" w:rsidRDefault="007D013E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Rhowch wybod i ni ym mha ffyrdd yr hoffech glywed gennym. Ticiwch bob opsiwn perthnasol:</w:t>
      </w:r>
    </w:p>
    <w:p w14:paraId="49F9BB55" w14:textId="77777777" w:rsidR="007D013E" w:rsidRPr="00DF29D2" w:rsidRDefault="007D013E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Segoe UI Symbol" w:hAnsi="Segoe UI Symbol" w:cs="Segoe UI Symbol"/>
          <w:sz w:val="28"/>
          <w:szCs w:val="28"/>
          <w:lang w:val="cy-GB"/>
        </w:rPr>
        <w:lastRenderedPageBreak/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E-bost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Ffôn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Post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Neges destun (SMS)</w:t>
      </w:r>
    </w:p>
    <w:p w14:paraId="0C94918F" w14:textId="77777777" w:rsidR="007D013E" w:rsidRPr="00DF29D2" w:rsidRDefault="007D013E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Drwy gwblhau eich cais, rydych yn cytuno i’n Telerau ac Amodau, ac yn rhoi caniatâd i Llenyddiaeth Cymru ddefnyddio’r data a ddarperir gennych yn y ffurflen hon i weinyddu eich cais, ac i gadw’r data hwnnw at ddibenion adrodd a gwerthuso, yn unol â GDPR. Mae eich preifatrwydd yn bwysig i ni. Am ragor o wybodaeth am sut rydym yn trin eich data personol, darllenwch ein Hysbysiad Preifatrwydd.</w:t>
      </w:r>
    </w:p>
    <w:p w14:paraId="5B909A36" w14:textId="77777777" w:rsidR="00C42785" w:rsidRPr="00DF29D2" w:rsidRDefault="00C42785" w:rsidP="00DF29D2">
      <w:pPr>
        <w:pStyle w:val="Heading2"/>
        <w:spacing w:line="360" w:lineRule="auto"/>
        <w:rPr>
          <w:rFonts w:ascii="Arial" w:hAnsi="Arial" w:cs="Arial"/>
          <w:lang w:val="cy-GB"/>
        </w:rPr>
      </w:pPr>
      <w:r w:rsidRPr="00DF29D2">
        <w:rPr>
          <w:rFonts w:ascii="Arial" w:hAnsi="Arial" w:cs="Arial"/>
          <w:color w:val="auto"/>
          <w:sz w:val="32"/>
          <w:szCs w:val="32"/>
          <w:lang w:val="cy-GB"/>
        </w:rPr>
        <w:t>Eich gwybodaeth ychwanegol</w:t>
      </w:r>
    </w:p>
    <w:p w14:paraId="55790120" w14:textId="024711FC" w:rsidR="00C42785" w:rsidRPr="00DF29D2" w:rsidRDefault="00C42785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Bydd proffil ar ein cronfa ddata fewnol o awduron yn cael ei greu ar gyfer pob ymgeisydd. Bydd y cwestiynau isod yn ein helpu i ddeall a gwella </w:t>
      </w:r>
      <w:r w:rsidR="00A76F24" w:rsidRPr="00DF29D2">
        <w:rPr>
          <w:rFonts w:ascii="Arial" w:hAnsi="Arial" w:cs="Arial"/>
          <w:sz w:val="28"/>
          <w:szCs w:val="28"/>
          <w:lang w:val="cy-GB"/>
        </w:rPr>
        <w:t xml:space="preserve">effaith </w:t>
      </w:r>
      <w:r w:rsidRPr="00DF29D2">
        <w:rPr>
          <w:rFonts w:ascii="Arial" w:hAnsi="Arial" w:cs="Arial"/>
          <w:sz w:val="28"/>
          <w:szCs w:val="28"/>
          <w:lang w:val="cy-GB"/>
        </w:rPr>
        <w:t>ein Rhaglen Strategol. Mae’r cwestiynau hyn yn gwbl ddewisol ac ni fyddant yn cael eu defnyddio i asesu eich cais. Gallwch ofyn i ni ddileu eich data o’n cronfa ddata ar unrhyw adeg drwy gysylltu â data@llenyddiaethcymru.org.</w:t>
      </w:r>
    </w:p>
    <w:p w14:paraId="1E2D1DF7" w14:textId="2F39AB3F" w:rsidR="00C42785" w:rsidRPr="00DF29D2" w:rsidRDefault="00C42785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Ym mha iaith y byddech yn hoffi </w:t>
      </w:r>
      <w:r w:rsidR="00A76F24" w:rsidRPr="00DF29D2">
        <w:rPr>
          <w:rFonts w:ascii="Arial" w:hAnsi="Arial" w:cs="Arial"/>
          <w:sz w:val="28"/>
          <w:szCs w:val="28"/>
          <w:lang w:val="cy-GB"/>
        </w:rPr>
        <w:t>i ni gysylltu â chi</w:t>
      </w:r>
      <w:r w:rsidRPr="00DF29D2">
        <w:rPr>
          <w:rFonts w:ascii="Arial" w:hAnsi="Arial" w:cs="Arial"/>
          <w:sz w:val="28"/>
          <w:szCs w:val="28"/>
          <w:lang w:val="cy-GB"/>
        </w:rPr>
        <w:t>?</w:t>
      </w:r>
    </w:p>
    <w:p w14:paraId="43E35171" w14:textId="77777777" w:rsidR="00C42785" w:rsidRPr="00DF29D2" w:rsidRDefault="00C42785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Saesneg</w:t>
      </w:r>
      <w:r w:rsidRPr="00DF29D2">
        <w:rPr>
          <w:rFonts w:ascii="Arial" w:hAnsi="Arial" w:cs="Arial"/>
          <w:sz w:val="28"/>
          <w:szCs w:val="28"/>
          <w:lang w:val="cy-GB"/>
        </w:rPr>
        <w:br/>
      </w:r>
      <w:r w:rsidRPr="00DF29D2">
        <w:rPr>
          <w:rFonts w:ascii="Segoe UI Symbol" w:hAnsi="Segoe UI Symbol" w:cs="Segoe UI Symbol"/>
          <w:sz w:val="28"/>
          <w:szCs w:val="28"/>
          <w:lang w:val="cy-GB"/>
        </w:rPr>
        <w:t>☐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Cymraeg</w:t>
      </w:r>
    </w:p>
    <w:p w14:paraId="02B8252F" w14:textId="0F1B9FED" w:rsidR="00C42785" w:rsidRPr="00DF29D2" w:rsidRDefault="00C42785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Beth yw eich </w:t>
      </w:r>
      <w:r w:rsidR="00A76F24" w:rsidRPr="00DF29D2">
        <w:rPr>
          <w:rFonts w:ascii="Arial" w:hAnsi="Arial" w:cs="Arial"/>
          <w:sz w:val="28"/>
          <w:szCs w:val="28"/>
          <w:lang w:val="cy-GB"/>
        </w:rPr>
        <w:t>cefndir ethnig</w:t>
      </w:r>
      <w:r w:rsidRPr="00DF29D2">
        <w:rPr>
          <w:rFonts w:ascii="Arial" w:hAnsi="Arial" w:cs="Arial"/>
          <w:sz w:val="28"/>
          <w:szCs w:val="28"/>
          <w:lang w:val="cy-GB"/>
        </w:rPr>
        <w:t>?</w:t>
      </w:r>
    </w:p>
    <w:p w14:paraId="6D773A56" w14:textId="77777777" w:rsidR="00C42785" w:rsidRPr="00DF29D2" w:rsidRDefault="00C42785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Beth yw eich rhywedd?</w:t>
      </w:r>
    </w:p>
    <w:p w14:paraId="0952A2EB" w14:textId="5A2796A4" w:rsidR="00C42785" w:rsidRPr="00DF29D2" w:rsidRDefault="00C42785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Beth yw eich rhagenwau?</w:t>
      </w:r>
    </w:p>
    <w:p w14:paraId="4240C6B8" w14:textId="77777777" w:rsidR="00C42785" w:rsidRPr="00DF29D2" w:rsidRDefault="00C42785" w:rsidP="00DF29D2">
      <w:pPr>
        <w:pStyle w:val="Heading2"/>
        <w:spacing w:line="360" w:lineRule="auto"/>
        <w:rPr>
          <w:rFonts w:ascii="Arial" w:hAnsi="Arial" w:cs="Arial"/>
          <w:color w:val="auto"/>
          <w:sz w:val="32"/>
          <w:szCs w:val="32"/>
          <w:lang w:val="cy-GB"/>
        </w:rPr>
      </w:pPr>
      <w:r w:rsidRPr="00DF29D2">
        <w:rPr>
          <w:rFonts w:ascii="Arial" w:hAnsi="Arial" w:cs="Arial"/>
          <w:color w:val="auto"/>
          <w:sz w:val="32"/>
          <w:szCs w:val="32"/>
          <w:lang w:val="cy-GB"/>
        </w:rPr>
        <w:lastRenderedPageBreak/>
        <w:t>Y Camau Nesaf</w:t>
      </w:r>
    </w:p>
    <w:p w14:paraId="4A146745" w14:textId="573B7FDB" w:rsidR="00C42785" w:rsidRPr="00DF29D2" w:rsidRDefault="00C42785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 xml:space="preserve">Diolch am gwblhau’r ffurflen gais hon. Anfonwch y ffurflen hon, ynghyd â’ch gwaith creadigol, at post@llenyddiaethcymru.org erbyn 5.00pm, dydd </w:t>
      </w:r>
      <w:r w:rsidR="00D6398C" w:rsidRPr="00DF29D2">
        <w:rPr>
          <w:rFonts w:ascii="Arial" w:hAnsi="Arial" w:cs="Arial"/>
          <w:sz w:val="28"/>
          <w:szCs w:val="28"/>
          <w:lang w:val="cy-GB"/>
        </w:rPr>
        <w:t>Mawrth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</w:t>
      </w:r>
      <w:r w:rsidR="00D6398C" w:rsidRPr="00DF29D2">
        <w:rPr>
          <w:rFonts w:ascii="Arial" w:hAnsi="Arial" w:cs="Arial"/>
          <w:sz w:val="28"/>
          <w:szCs w:val="28"/>
          <w:lang w:val="cy-GB"/>
        </w:rPr>
        <w:t>15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</w:t>
      </w:r>
      <w:r w:rsidR="00D6398C" w:rsidRPr="00DF29D2">
        <w:rPr>
          <w:rFonts w:ascii="Arial" w:hAnsi="Arial" w:cs="Arial"/>
          <w:sz w:val="28"/>
          <w:szCs w:val="28"/>
          <w:lang w:val="cy-GB"/>
        </w:rPr>
        <w:t>Rhagfyr</w:t>
      </w:r>
      <w:r w:rsidRPr="00DF29D2">
        <w:rPr>
          <w:rFonts w:ascii="Arial" w:hAnsi="Arial" w:cs="Arial"/>
          <w:sz w:val="28"/>
          <w:szCs w:val="28"/>
          <w:lang w:val="cy-GB"/>
        </w:rPr>
        <w:t xml:space="preserve"> 2026.</w:t>
      </w:r>
    </w:p>
    <w:p w14:paraId="3C246C56" w14:textId="6FA57E8A" w:rsidR="007D013E" w:rsidRPr="00DF29D2" w:rsidRDefault="00C42785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F29D2">
        <w:rPr>
          <w:rFonts w:ascii="Arial" w:hAnsi="Arial" w:cs="Arial"/>
          <w:sz w:val="28"/>
          <w:szCs w:val="28"/>
          <w:lang w:val="cy-GB"/>
        </w:rPr>
        <w:t>Byddwch yn derbyn cadarnhad ein bod wedi derbyn eich cais o fewn 3-5 diwrnod i’w gyflwyno. Os nad ydych wedi clywed gan aelod o staff Llenyddiaeth Cymru o fewn y cyfnod hwn, gwiriwch eich ffolder sbam/jync ac/neu cysylltwch â ni ar post@llenyddiaethcymru.or</w:t>
      </w:r>
      <w:r w:rsidR="00D6398C" w:rsidRPr="00DF29D2">
        <w:rPr>
          <w:rFonts w:ascii="Arial" w:hAnsi="Arial" w:cs="Arial"/>
          <w:sz w:val="28"/>
          <w:szCs w:val="28"/>
          <w:lang w:val="cy-GB"/>
        </w:rPr>
        <w:t>g.</w:t>
      </w:r>
    </w:p>
    <w:p w14:paraId="03935418" w14:textId="77777777" w:rsidR="00FA2BAD" w:rsidRPr="00DF29D2" w:rsidRDefault="00FA2BAD" w:rsidP="00DF29D2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sectPr w:rsidR="00FA2BAD" w:rsidRPr="00DF29D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282843"/>
    <w:multiLevelType w:val="hybridMultilevel"/>
    <w:tmpl w:val="DF9E74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217C18"/>
    <w:multiLevelType w:val="hybridMultilevel"/>
    <w:tmpl w:val="DF9E746A"/>
    <w:lvl w:ilvl="0" w:tplc="8A16F3E0">
      <w:start w:val="1"/>
      <w:numFmt w:val="decimal"/>
      <w:lvlText w:val="%1."/>
      <w:lvlJc w:val="left"/>
      <w:pPr>
        <w:ind w:left="720" w:hanging="360"/>
      </w:pPr>
    </w:lvl>
    <w:lvl w:ilvl="1" w:tplc="649872CC">
      <w:start w:val="1"/>
      <w:numFmt w:val="lowerLetter"/>
      <w:lvlText w:val="%2."/>
      <w:lvlJc w:val="left"/>
      <w:pPr>
        <w:ind w:left="1440" w:hanging="360"/>
      </w:pPr>
    </w:lvl>
    <w:lvl w:ilvl="2" w:tplc="7C22BEF2">
      <w:start w:val="1"/>
      <w:numFmt w:val="lowerRoman"/>
      <w:lvlText w:val="%3."/>
      <w:lvlJc w:val="right"/>
      <w:pPr>
        <w:ind w:left="2160" w:hanging="180"/>
      </w:pPr>
    </w:lvl>
    <w:lvl w:ilvl="3" w:tplc="C1F215BE">
      <w:start w:val="1"/>
      <w:numFmt w:val="decimal"/>
      <w:lvlText w:val="%4."/>
      <w:lvlJc w:val="left"/>
      <w:pPr>
        <w:ind w:left="2880" w:hanging="360"/>
      </w:pPr>
    </w:lvl>
    <w:lvl w:ilvl="4" w:tplc="86CA6406">
      <w:start w:val="1"/>
      <w:numFmt w:val="lowerLetter"/>
      <w:lvlText w:val="%5."/>
      <w:lvlJc w:val="left"/>
      <w:pPr>
        <w:ind w:left="3600" w:hanging="360"/>
      </w:pPr>
    </w:lvl>
    <w:lvl w:ilvl="5" w:tplc="B3ECD12C">
      <w:start w:val="1"/>
      <w:numFmt w:val="lowerRoman"/>
      <w:lvlText w:val="%6."/>
      <w:lvlJc w:val="right"/>
      <w:pPr>
        <w:ind w:left="4320" w:hanging="180"/>
      </w:pPr>
    </w:lvl>
    <w:lvl w:ilvl="6" w:tplc="FC247BB6">
      <w:start w:val="1"/>
      <w:numFmt w:val="decimal"/>
      <w:lvlText w:val="%7."/>
      <w:lvlJc w:val="left"/>
      <w:pPr>
        <w:ind w:left="5040" w:hanging="360"/>
      </w:pPr>
    </w:lvl>
    <w:lvl w:ilvl="7" w:tplc="890E72C4">
      <w:start w:val="1"/>
      <w:numFmt w:val="lowerLetter"/>
      <w:lvlText w:val="%8."/>
      <w:lvlJc w:val="left"/>
      <w:pPr>
        <w:ind w:left="5760" w:hanging="360"/>
      </w:pPr>
    </w:lvl>
    <w:lvl w:ilvl="8" w:tplc="5046118E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031517">
    <w:abstractNumId w:val="5"/>
  </w:num>
  <w:num w:numId="2" w16cid:durableId="1308897113">
    <w:abstractNumId w:val="9"/>
  </w:num>
  <w:num w:numId="3" w16cid:durableId="1398894770">
    <w:abstractNumId w:val="4"/>
  </w:num>
  <w:num w:numId="4" w16cid:durableId="1971472738">
    <w:abstractNumId w:val="7"/>
  </w:num>
  <w:num w:numId="5" w16cid:durableId="22218491">
    <w:abstractNumId w:val="2"/>
  </w:num>
  <w:num w:numId="6" w16cid:durableId="289290120">
    <w:abstractNumId w:val="1"/>
  </w:num>
  <w:num w:numId="7" w16cid:durableId="567109985">
    <w:abstractNumId w:val="0"/>
  </w:num>
  <w:num w:numId="8" w16cid:durableId="716202806">
    <w:abstractNumId w:val="3"/>
  </w:num>
  <w:num w:numId="9" w16cid:durableId="752045871">
    <w:abstractNumId w:val="6"/>
  </w:num>
  <w:num w:numId="10" w16cid:durableId="818040513">
    <w:abstractNumId w:val="8"/>
  </w:num>
  <w:num w:numId="11" w16cid:durableId="8826395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D11"/>
    <w:rsid w:val="0006063C"/>
    <w:rsid w:val="00064904"/>
    <w:rsid w:val="000D4380"/>
    <w:rsid w:val="000F5B1B"/>
    <w:rsid w:val="0015074B"/>
    <w:rsid w:val="00201079"/>
    <w:rsid w:val="00265FBB"/>
    <w:rsid w:val="0027066C"/>
    <w:rsid w:val="002946FA"/>
    <w:rsid w:val="0029639D"/>
    <w:rsid w:val="002E6F7A"/>
    <w:rsid w:val="00326F90"/>
    <w:rsid w:val="00353C05"/>
    <w:rsid w:val="003815F8"/>
    <w:rsid w:val="003A3488"/>
    <w:rsid w:val="003B0364"/>
    <w:rsid w:val="003E54DB"/>
    <w:rsid w:val="00427FEB"/>
    <w:rsid w:val="004A563C"/>
    <w:rsid w:val="004B0326"/>
    <w:rsid w:val="004D208A"/>
    <w:rsid w:val="004E63A6"/>
    <w:rsid w:val="004F23F5"/>
    <w:rsid w:val="00513D65"/>
    <w:rsid w:val="00543AB2"/>
    <w:rsid w:val="0055732E"/>
    <w:rsid w:val="00575FE4"/>
    <w:rsid w:val="005B052C"/>
    <w:rsid w:val="005B21AC"/>
    <w:rsid w:val="005D49A3"/>
    <w:rsid w:val="00612AE8"/>
    <w:rsid w:val="00642B70"/>
    <w:rsid w:val="006468AA"/>
    <w:rsid w:val="00686462"/>
    <w:rsid w:val="007154F1"/>
    <w:rsid w:val="00743685"/>
    <w:rsid w:val="00765DEF"/>
    <w:rsid w:val="00792FD0"/>
    <w:rsid w:val="007D013E"/>
    <w:rsid w:val="00885DCF"/>
    <w:rsid w:val="008A58EB"/>
    <w:rsid w:val="009156C4"/>
    <w:rsid w:val="009354C4"/>
    <w:rsid w:val="009676A5"/>
    <w:rsid w:val="009754CB"/>
    <w:rsid w:val="00982D11"/>
    <w:rsid w:val="00992CEC"/>
    <w:rsid w:val="0099331D"/>
    <w:rsid w:val="0099583A"/>
    <w:rsid w:val="009F22D9"/>
    <w:rsid w:val="00A11E9D"/>
    <w:rsid w:val="00A76F24"/>
    <w:rsid w:val="00AA1D8D"/>
    <w:rsid w:val="00AB653F"/>
    <w:rsid w:val="00AE207D"/>
    <w:rsid w:val="00AE4716"/>
    <w:rsid w:val="00B47730"/>
    <w:rsid w:val="00BB663D"/>
    <w:rsid w:val="00BC3107"/>
    <w:rsid w:val="00BD41D7"/>
    <w:rsid w:val="00C13746"/>
    <w:rsid w:val="00C42785"/>
    <w:rsid w:val="00C543AB"/>
    <w:rsid w:val="00C63C51"/>
    <w:rsid w:val="00C95DA2"/>
    <w:rsid w:val="00CB0664"/>
    <w:rsid w:val="00CC36CF"/>
    <w:rsid w:val="00CD580B"/>
    <w:rsid w:val="00D25DB8"/>
    <w:rsid w:val="00D6398C"/>
    <w:rsid w:val="00D65D88"/>
    <w:rsid w:val="00DC564E"/>
    <w:rsid w:val="00DF29D2"/>
    <w:rsid w:val="00DF379D"/>
    <w:rsid w:val="00E26AD7"/>
    <w:rsid w:val="00E3564F"/>
    <w:rsid w:val="00E81FC4"/>
    <w:rsid w:val="00E84019"/>
    <w:rsid w:val="00EA2FD0"/>
    <w:rsid w:val="00EC2DCC"/>
    <w:rsid w:val="00EF08E1"/>
    <w:rsid w:val="00FA2BAD"/>
    <w:rsid w:val="00FC693F"/>
    <w:rsid w:val="03146621"/>
    <w:rsid w:val="05E5B13C"/>
    <w:rsid w:val="06372910"/>
    <w:rsid w:val="0AF6F852"/>
    <w:rsid w:val="0FCEAA4B"/>
    <w:rsid w:val="1214E0A2"/>
    <w:rsid w:val="15ADF84E"/>
    <w:rsid w:val="1B6D5785"/>
    <w:rsid w:val="1E5A5222"/>
    <w:rsid w:val="22370A3A"/>
    <w:rsid w:val="248F6E41"/>
    <w:rsid w:val="25D33170"/>
    <w:rsid w:val="285107EB"/>
    <w:rsid w:val="2BCBC1CC"/>
    <w:rsid w:val="302B845F"/>
    <w:rsid w:val="383676CA"/>
    <w:rsid w:val="3F692A22"/>
    <w:rsid w:val="4015FC87"/>
    <w:rsid w:val="46E43B46"/>
    <w:rsid w:val="4B83910A"/>
    <w:rsid w:val="542842A2"/>
    <w:rsid w:val="571B4F06"/>
    <w:rsid w:val="5E3E66DB"/>
    <w:rsid w:val="690DB136"/>
    <w:rsid w:val="6D4228A5"/>
    <w:rsid w:val="6EC8D025"/>
    <w:rsid w:val="6F16CF78"/>
    <w:rsid w:val="75B2FFA8"/>
    <w:rsid w:val="75C02463"/>
    <w:rsid w:val="7D0CF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3B9FCB23"/>
  <w14:defaultImageDpi w14:val="300"/>
  <w15:docId w15:val="{9AE85807-9EC1-4B48-A7B1-5265FD15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E35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F29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llenyddiaethcymru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20" ma:contentTypeDescription="Create a new document." ma:contentTypeScope="" ma:versionID="066f04baca6c91758345dc17a6ae52f5">
  <xsd:schema xmlns:xsd="http://www.w3.org/2001/XMLSchema" xmlns:xs="http://www.w3.org/2001/XMLSchema" xmlns:p="http://schemas.microsoft.com/office/2006/metadata/properties" xmlns:ns1="http://schemas.microsoft.com/sharepoint/v3" xmlns:ns2="bea70cba-fbfa-4b1d-ac0a-c05f8512fabc" xmlns:ns3="7ea0e870-2e24-4d60-8b81-27aa0c244182" targetNamespace="http://schemas.microsoft.com/office/2006/metadata/properties" ma:root="true" ma:fieldsID="30d2de60154927ae461dce3479299c77" ns1:_="" ns2:_="" ns3:_="">
    <xsd:import namespace="http://schemas.microsoft.com/sharepoint/v3"/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6fcdba-c2ad-43c7-b9f5-7549dccc7b70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a0e870-2e24-4d60-8b81-27aa0c244182" xsi:nil="true"/>
    <lcf76f155ced4ddcb4097134ff3c332f xmlns="bea70cba-fbfa-4b1d-ac0a-c05f8512fabc">
      <Terms xmlns="http://schemas.microsoft.com/office/infopath/2007/PartnerControls"/>
    </lcf76f155ced4ddcb4097134ff3c332f>
    <_ip_UnifiedCompliancePolicyProperties xmlns="http://schemas.microsoft.com/sharepoint/v3" xsi:nil="true"/>
    <_ip_UnifiedCompliancePolicyUIAction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4A9472-F4DE-4EC0-9073-26ADD4497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3C9AFF-93EF-4A5B-B66A-109AD90A5293}">
  <ds:schemaRefs>
    <ds:schemaRef ds:uri="http://schemas.microsoft.com/office/2006/metadata/properties"/>
    <ds:schemaRef ds:uri="http://schemas.microsoft.com/office/infopath/2007/PartnerControls"/>
    <ds:schemaRef ds:uri="7ea0e870-2e24-4d60-8b81-27aa0c244182"/>
    <ds:schemaRef ds:uri="bea70cba-fbfa-4b1d-ac0a-c05f8512fabc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BACB487-EA54-4087-A45E-6EA5088F79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1049</Words>
  <Characters>5980</Characters>
  <Application>Microsoft Office Word</Application>
  <DocSecurity>0</DocSecurity>
  <Lines>49</Lines>
  <Paragraphs>14</Paragraphs>
  <ScaleCrop>false</ScaleCrop>
  <Manager/>
  <Company/>
  <LinksUpToDate>false</LinksUpToDate>
  <CharactersWithSpaces>7015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Sautin</dc:creator>
  <cp:keywords/>
  <dc:description>generated by python-docx</dc:description>
  <cp:lastModifiedBy>Arddun R. Arwel</cp:lastModifiedBy>
  <cp:revision>72</cp:revision>
  <dcterms:created xsi:type="dcterms:W3CDTF">2026-10-07T15:53:00Z</dcterms:created>
  <dcterms:modified xsi:type="dcterms:W3CDTF">2026-10-29T14:48:00Z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